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837" w:rsidRDefault="00731837" w:rsidP="00F66E86">
      <w:pPr>
        <w:autoSpaceDE w:val="0"/>
        <w:autoSpaceDN w:val="0"/>
        <w:spacing w:after="78" w:line="220" w:lineRule="exact"/>
        <w:jc w:val="center"/>
      </w:pPr>
      <w:bookmarkStart w:id="0" w:name="_GoBack"/>
      <w:bookmarkEnd w:id="0"/>
    </w:p>
    <w:p w:rsidR="00731837" w:rsidRDefault="00F66E86" w:rsidP="00F66E86">
      <w:pPr>
        <w:autoSpaceDE w:val="0"/>
        <w:autoSpaceDN w:val="0"/>
        <w:spacing w:after="0" w:line="230" w:lineRule="auto"/>
        <w:ind w:left="1494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F66E86" w:rsidRDefault="00F66E86">
      <w:pPr>
        <w:autoSpaceDE w:val="0"/>
        <w:autoSpaceDN w:val="0"/>
        <w:spacing w:after="0" w:line="230" w:lineRule="auto"/>
        <w:ind w:left="1494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66E86" w:rsidRDefault="00F66E86" w:rsidP="00F66E86">
      <w:pPr>
        <w:autoSpaceDE w:val="0"/>
        <w:autoSpaceDN w:val="0"/>
        <w:spacing w:after="0" w:line="230" w:lineRule="auto"/>
        <w:ind w:left="149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F66E86" w:rsidRDefault="00F66E86" w:rsidP="00F66E86">
      <w:pPr>
        <w:autoSpaceDE w:val="0"/>
        <w:autoSpaceDN w:val="0"/>
        <w:spacing w:after="0" w:line="230" w:lineRule="auto"/>
        <w:ind w:left="1494"/>
        <w:jc w:val="center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F66E86" w:rsidRDefault="00F66E86" w:rsidP="00F66E86">
      <w:pPr>
        <w:autoSpaceDE w:val="0"/>
        <w:autoSpaceDN w:val="0"/>
        <w:spacing w:after="0" w:line="230" w:lineRule="auto"/>
        <w:ind w:left="1494"/>
        <w:jc w:val="center"/>
        <w:rPr>
          <w:lang w:val="ru-RU"/>
        </w:rPr>
      </w:pPr>
    </w:p>
    <w:p w:rsidR="00F66E86" w:rsidRDefault="00F66E86" w:rsidP="00F66E86">
      <w:pPr>
        <w:autoSpaceDE w:val="0"/>
        <w:autoSpaceDN w:val="0"/>
        <w:spacing w:after="0" w:line="230" w:lineRule="auto"/>
        <w:ind w:left="149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МУ ""Отдел образования Спасского муниципального района"</w:t>
      </w:r>
    </w:p>
    <w:p w:rsidR="00F66E86" w:rsidRDefault="00F66E86" w:rsidP="00F66E86">
      <w:pPr>
        <w:autoSpaceDE w:val="0"/>
        <w:autoSpaceDN w:val="0"/>
        <w:spacing w:after="0" w:line="230" w:lineRule="auto"/>
        <w:ind w:left="1494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</w:p>
    <w:p w:rsidR="00731837" w:rsidRDefault="00F66E86" w:rsidP="00F66E86">
      <w:pPr>
        <w:autoSpaceDE w:val="0"/>
        <w:autoSpaceDN w:val="0"/>
        <w:spacing w:after="0" w:line="230" w:lineRule="auto"/>
        <w:ind w:left="1494"/>
        <w:jc w:val="center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МБОУ "БСОШ № 2"</w:t>
      </w:r>
    </w:p>
    <w:p w:rsidR="00F66E86" w:rsidRDefault="00F66E86" w:rsidP="00F66E86">
      <w:pPr>
        <w:autoSpaceDE w:val="0"/>
        <w:autoSpaceDN w:val="0"/>
        <w:spacing w:after="0" w:line="230" w:lineRule="auto"/>
        <w:rPr>
          <w:lang w:val="ru-RU"/>
        </w:rPr>
      </w:pPr>
    </w:p>
    <w:p w:rsidR="00F66E86" w:rsidRDefault="00F66E86" w:rsidP="00F66E86">
      <w:pPr>
        <w:autoSpaceDE w:val="0"/>
        <w:autoSpaceDN w:val="0"/>
        <w:spacing w:after="0" w:line="230" w:lineRule="auto"/>
        <w:ind w:left="1494"/>
        <w:jc w:val="center"/>
        <w:rPr>
          <w:lang w:val="ru-RU"/>
        </w:rPr>
      </w:pPr>
    </w:p>
    <w:p w:rsidR="00F66E86" w:rsidRPr="00F66E86" w:rsidRDefault="00F66E86" w:rsidP="00F66E86">
      <w:pPr>
        <w:autoSpaceDE w:val="0"/>
        <w:autoSpaceDN w:val="0"/>
        <w:spacing w:after="0" w:line="230" w:lineRule="auto"/>
        <w:ind w:left="1494"/>
        <w:jc w:val="center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82"/>
        <w:gridCol w:w="3440"/>
        <w:gridCol w:w="3380"/>
      </w:tblGrid>
      <w:tr w:rsidR="00731837">
        <w:trPr>
          <w:trHeight w:hRule="exact" w:val="274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before="48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before="48" w:after="0" w:line="230" w:lineRule="auto"/>
              <w:ind w:left="2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УТВЕРЖДАЮ</w:t>
            </w:r>
          </w:p>
        </w:tc>
      </w:tr>
      <w:tr w:rsidR="00731837">
        <w:trPr>
          <w:trHeight w:hRule="exact" w:val="20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 заседании МО учителей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 заседании МС школы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after="0" w:line="230" w:lineRule="auto"/>
              <w:ind w:left="2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Директор </w:t>
            </w:r>
          </w:p>
        </w:tc>
      </w:tr>
      <w:tr w:rsidR="00731837">
        <w:trPr>
          <w:trHeight w:hRule="exact" w:val="40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гуманитарного цикла</w:t>
            </w:r>
          </w:p>
        </w:tc>
        <w:tc>
          <w:tcPr>
            <w:tcW w:w="3440" w:type="dxa"/>
            <w:vMerge w:val="restart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before="198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______________( Черкасова Е.А. )</w:t>
            </w:r>
          </w:p>
        </w:tc>
        <w:tc>
          <w:tcPr>
            <w:tcW w:w="3380" w:type="dxa"/>
            <w:vMerge w:val="restart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before="198" w:after="0" w:line="230" w:lineRule="auto"/>
              <w:ind w:left="2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______________( Борюшкина Л.В. )</w:t>
            </w:r>
          </w:p>
        </w:tc>
      </w:tr>
      <w:tr w:rsidR="00731837">
        <w:trPr>
          <w:trHeight w:hRule="exact" w:val="116"/>
        </w:trPr>
        <w:tc>
          <w:tcPr>
            <w:tcW w:w="3382" w:type="dxa"/>
            <w:vMerge w:val="restart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________________________________</w:t>
            </w:r>
          </w:p>
        </w:tc>
        <w:tc>
          <w:tcPr>
            <w:tcW w:w="3428" w:type="dxa"/>
            <w:vMerge/>
          </w:tcPr>
          <w:p w:rsidR="00731837" w:rsidRDefault="00731837"/>
        </w:tc>
        <w:tc>
          <w:tcPr>
            <w:tcW w:w="3428" w:type="dxa"/>
            <w:vMerge/>
          </w:tcPr>
          <w:p w:rsidR="00731837" w:rsidRDefault="00731837"/>
        </w:tc>
      </w:tr>
      <w:tr w:rsidR="00731837">
        <w:trPr>
          <w:trHeight w:hRule="exact" w:val="304"/>
        </w:trPr>
        <w:tc>
          <w:tcPr>
            <w:tcW w:w="3428" w:type="dxa"/>
            <w:vMerge/>
          </w:tcPr>
          <w:p w:rsidR="00731837" w:rsidRDefault="00731837"/>
        </w:tc>
        <w:tc>
          <w:tcPr>
            <w:tcW w:w="3440" w:type="dxa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before="78" w:after="0" w:line="230" w:lineRule="auto"/>
              <w:ind w:left="1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№___________________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№_____________________</w:t>
            </w:r>
          </w:p>
        </w:tc>
      </w:tr>
      <w:tr w:rsidR="00731837">
        <w:trPr>
          <w:trHeight w:hRule="exact" w:val="300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________________________________</w:t>
            </w:r>
          </w:p>
        </w:tc>
        <w:tc>
          <w:tcPr>
            <w:tcW w:w="3440" w:type="dxa"/>
            <w:vMerge w:val="restart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before="1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"____" ______________  20___ г.</w:t>
            </w:r>
          </w:p>
        </w:tc>
        <w:tc>
          <w:tcPr>
            <w:tcW w:w="3380" w:type="dxa"/>
            <w:vMerge w:val="restart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before="194" w:after="0" w:line="230" w:lineRule="auto"/>
              <w:ind w:left="2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"____" ______________  20___ г.</w:t>
            </w:r>
          </w:p>
        </w:tc>
      </w:tr>
      <w:tr w:rsidR="00731837">
        <w:trPr>
          <w:trHeight w:hRule="exact" w:val="384"/>
        </w:trPr>
        <w:tc>
          <w:tcPr>
            <w:tcW w:w="3382" w:type="dxa"/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Руководитель МО</w:t>
            </w:r>
          </w:p>
        </w:tc>
        <w:tc>
          <w:tcPr>
            <w:tcW w:w="3428" w:type="dxa"/>
            <w:vMerge/>
          </w:tcPr>
          <w:p w:rsidR="00731837" w:rsidRDefault="00731837"/>
        </w:tc>
        <w:tc>
          <w:tcPr>
            <w:tcW w:w="3428" w:type="dxa"/>
            <w:vMerge/>
          </w:tcPr>
          <w:p w:rsidR="00731837" w:rsidRDefault="00731837"/>
        </w:tc>
      </w:tr>
    </w:tbl>
    <w:p w:rsidR="00731837" w:rsidRDefault="00F66E86">
      <w:pPr>
        <w:autoSpaceDE w:val="0"/>
        <w:autoSpaceDN w:val="0"/>
        <w:spacing w:before="12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______________( Потапова С.А. )</w:t>
      </w:r>
    </w:p>
    <w:p w:rsidR="00731837" w:rsidRDefault="00F66E86">
      <w:pPr>
        <w:autoSpaceDE w:val="0"/>
        <w:autoSpaceDN w:val="0"/>
        <w:spacing w:before="182" w:after="0" w:line="230" w:lineRule="auto"/>
      </w:pPr>
      <w:r>
        <w:rPr>
          <w:rFonts w:ascii="Times New Roman" w:eastAsia="Times New Roman" w:hAnsi="Times New Roman"/>
          <w:color w:val="000000"/>
          <w:w w:val="102"/>
          <w:sz w:val="20"/>
        </w:rPr>
        <w:t>Протокол №___________________</w:t>
      </w:r>
    </w:p>
    <w:p w:rsidR="00F66E86" w:rsidRDefault="00F66E86" w:rsidP="00F66E86">
      <w:pPr>
        <w:autoSpaceDE w:val="0"/>
        <w:autoSpaceDN w:val="0"/>
        <w:spacing w:before="182" w:after="0" w:line="230" w:lineRule="auto"/>
      </w:pPr>
      <w:proofErr w:type="gramStart"/>
      <w:r>
        <w:rPr>
          <w:rFonts w:ascii="Times New Roman" w:eastAsia="Times New Roman" w:hAnsi="Times New Roman"/>
          <w:color w:val="000000"/>
          <w:w w:val="102"/>
          <w:sz w:val="20"/>
        </w:rPr>
        <w:t>от</w:t>
      </w:r>
      <w:proofErr w:type="gramEnd"/>
      <w:r>
        <w:rPr>
          <w:rFonts w:ascii="Times New Roman" w:eastAsia="Times New Roman" w:hAnsi="Times New Roman"/>
          <w:color w:val="000000"/>
          <w:w w:val="102"/>
          <w:sz w:val="20"/>
        </w:rPr>
        <w:t xml:space="preserve"> "____" ______________  20___ г.</w:t>
      </w:r>
    </w:p>
    <w:p w:rsidR="00731837" w:rsidRDefault="00F66E86" w:rsidP="00F66E86">
      <w:pPr>
        <w:autoSpaceDE w:val="0"/>
        <w:autoSpaceDN w:val="0"/>
        <w:spacing w:before="182" w:after="0" w:line="230" w:lineRule="auto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        РАБОЧАЯ ПРОГРАММА </w:t>
      </w:r>
      <w:r>
        <w:br/>
      </w:r>
    </w:p>
    <w:p w:rsidR="00731837" w:rsidRDefault="00F66E86">
      <w:pPr>
        <w:autoSpaceDE w:val="0"/>
        <w:autoSpaceDN w:val="0"/>
        <w:spacing w:before="166" w:after="0" w:line="262" w:lineRule="auto"/>
        <w:ind w:left="4320" w:right="3888"/>
        <w:jc w:val="center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«Русский язык»</w:t>
      </w:r>
    </w:p>
    <w:p w:rsidR="00731837" w:rsidRPr="00F66E86" w:rsidRDefault="00F66E86">
      <w:pPr>
        <w:autoSpaceDE w:val="0"/>
        <w:autoSpaceDN w:val="0"/>
        <w:spacing w:before="672" w:after="0" w:line="262" w:lineRule="auto"/>
        <w:ind w:left="3024" w:right="2592"/>
        <w:jc w:val="center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для 5 класса основного общего образования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на 2021-2022  учебный год</w:t>
      </w:r>
    </w:p>
    <w:p w:rsidR="00731837" w:rsidRDefault="00F66E86" w:rsidP="00F66E86">
      <w:pPr>
        <w:autoSpaceDE w:val="0"/>
        <w:autoSpaceDN w:val="0"/>
        <w:spacing w:before="2110" w:after="0" w:line="262" w:lineRule="auto"/>
        <w:ind w:left="2412" w:firstLine="2726"/>
        <w:rPr>
          <w:rFonts w:ascii="Times New Roman" w:eastAsia="Times New Roman" w:hAnsi="Times New Roman"/>
          <w:color w:val="000000"/>
          <w:sz w:val="24"/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Составитель: 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Мухутдинова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Наталия Геннадьевна учитель русского языка и литературы в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ысшей квалификационной категории</w:t>
      </w:r>
    </w:p>
    <w:p w:rsidR="00F66E86" w:rsidRDefault="00F66E86" w:rsidP="00F66E86">
      <w:pPr>
        <w:autoSpaceDE w:val="0"/>
        <w:autoSpaceDN w:val="0"/>
        <w:spacing w:before="2110" w:after="0" w:line="262" w:lineRule="auto"/>
        <w:rPr>
          <w:lang w:val="ru-RU"/>
        </w:rPr>
      </w:pPr>
    </w:p>
    <w:p w:rsidR="00F66E86" w:rsidRPr="00F66E86" w:rsidRDefault="00F66E86" w:rsidP="00F66E86">
      <w:pPr>
        <w:autoSpaceDE w:val="0"/>
        <w:autoSpaceDN w:val="0"/>
        <w:spacing w:after="0" w:line="230" w:lineRule="auto"/>
        <w:ind w:right="3828"/>
        <w:jc w:val="center"/>
        <w:rPr>
          <w:lang w:val="ru-RU"/>
        </w:rPr>
        <w:sectPr w:rsidR="00F66E86" w:rsidRPr="00F66E86">
          <w:pgSz w:w="11900" w:h="16840"/>
          <w:pgMar w:top="298" w:right="878" w:bottom="1068" w:left="738" w:header="720" w:footer="720" w:gutter="0"/>
          <w:cols w:space="720" w:equalWidth="0">
            <w:col w:w="10284" w:space="0"/>
          </w:cols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       Болгар 2021</w:t>
      </w:r>
    </w:p>
    <w:p w:rsidR="00731837" w:rsidRPr="00F66E86" w:rsidRDefault="00731837">
      <w:pPr>
        <w:rPr>
          <w:lang w:val="ru-RU"/>
        </w:rPr>
        <w:sectPr w:rsidR="00731837" w:rsidRPr="00F66E86" w:rsidSect="00F66E86">
          <w:pgSz w:w="11900" w:h="16840"/>
          <w:pgMar w:top="1560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731837" w:rsidRPr="00F66E86" w:rsidRDefault="00F66E86" w:rsidP="00F66E86">
      <w:pPr>
        <w:autoSpaceDE w:val="0"/>
        <w:autoSpaceDN w:val="0"/>
        <w:spacing w:after="0" w:line="286" w:lineRule="auto"/>
        <w:ind w:right="288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Минпросвещения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 05 2021 г № 287, зарегистрирован Министерством юстиции Российской Федерации 05 07 2021 г ,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рег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номер — 64101) (далее — ФГОС ООО),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Примерной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731837" w:rsidRPr="00F66E86" w:rsidRDefault="00F66E86">
      <w:pPr>
        <w:autoSpaceDE w:val="0"/>
        <w:autoSpaceDN w:val="0"/>
        <w:spacing w:before="226"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731837" w:rsidRPr="00F66E86" w:rsidRDefault="00F66E86">
      <w:pPr>
        <w:autoSpaceDE w:val="0"/>
        <w:autoSpaceDN w:val="0"/>
        <w:spacing w:before="348" w:after="0"/>
        <w:ind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 и  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  результаты  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 курса   русского   языка,   реализованных в большей части входящих в Федеральный перечень УМК по русскому языку. </w:t>
      </w:r>
    </w:p>
    <w:p w:rsidR="00731837" w:rsidRPr="00F66E86" w:rsidRDefault="00F66E86">
      <w:pPr>
        <w:autoSpaceDE w:val="0"/>
        <w:autoSpaceDN w:val="0"/>
        <w:spacing w:before="262"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«РУССКИЙ ЯЗЫК»</w:t>
      </w:r>
    </w:p>
    <w:p w:rsidR="00731837" w:rsidRPr="00F66E86" w:rsidRDefault="00F66E86">
      <w:pPr>
        <w:autoSpaceDE w:val="0"/>
        <w:autoSpaceDN w:val="0"/>
        <w:spacing w:before="166" w:after="0"/>
        <w:ind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Русский язык —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межнационального общения русский язык является средством коммуникации всех народов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Российской Федерации, основой их социально-экономической, культурной и духовной консолидации.</w:t>
      </w:r>
    </w:p>
    <w:p w:rsidR="00731837" w:rsidRPr="00F66E86" w:rsidRDefault="00F66E86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возможности её самореализации в различных жизненно важных для человека областях.</w:t>
      </w:r>
    </w:p>
    <w:p w:rsidR="00731837" w:rsidRPr="00F66E86" w:rsidRDefault="00F66E86">
      <w:pPr>
        <w:autoSpaceDE w:val="0"/>
        <w:autoSpaceDN w:val="0"/>
        <w:spacing w:before="70" w:after="0"/>
        <w:ind w:right="720"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731837" w:rsidRPr="00F66E86" w:rsidRDefault="00F66E86">
      <w:pPr>
        <w:autoSpaceDE w:val="0"/>
        <w:autoSpaceDN w:val="0"/>
        <w:spacing w:before="72" w:after="0"/>
        <w:ind w:right="432"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Обучение русскому языку в школе направлено на совершенствование нравственной и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самообразования.</w:t>
      </w:r>
    </w:p>
    <w:p w:rsidR="00731837" w:rsidRPr="00F66E86" w:rsidRDefault="00F66E86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Речевая и текстовая деятельность является системообразующей доминантой школьного курса русского языка.</w:t>
      </w:r>
    </w:p>
    <w:p w:rsidR="00731837" w:rsidRPr="00F66E86" w:rsidRDefault="00F66E86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Соответствующие умения и навыки представлены в перечне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обучения, в содержании обучения (разделы «Язык и речь», «Текст», «Функциональные разновидности языка»).</w:t>
      </w:r>
    </w:p>
    <w:p w:rsidR="00731837" w:rsidRPr="00F66E86" w:rsidRDefault="00F66E86">
      <w:pPr>
        <w:autoSpaceDE w:val="0"/>
        <w:autoSpaceDN w:val="0"/>
        <w:spacing w:before="262"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«РУССКИЙ ЯЗЫК»</w:t>
      </w:r>
    </w:p>
    <w:p w:rsidR="00731837" w:rsidRPr="00F66E86" w:rsidRDefault="00F66E86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Целями изучения русского языка по программам основного общего образования являются:</w:t>
      </w:r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298" w:right="650" w:bottom="428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31837" w:rsidRPr="00F66E86" w:rsidRDefault="00731837">
      <w:pPr>
        <w:autoSpaceDE w:val="0"/>
        <w:autoSpaceDN w:val="0"/>
        <w:spacing w:after="78" w:line="220" w:lineRule="exact"/>
        <w:rPr>
          <w:lang w:val="ru-RU"/>
        </w:rPr>
      </w:pPr>
    </w:p>
    <w:p w:rsidR="00731837" w:rsidRPr="00F66E86" w:rsidRDefault="00F66E86">
      <w:pPr>
        <w:tabs>
          <w:tab w:val="left" w:pos="180"/>
        </w:tabs>
        <w:autoSpaceDE w:val="0"/>
        <w:autoSpaceDN w:val="0"/>
        <w:spacing w:after="0" w:line="290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получения знаний в разных сферах ​человеческой деятельности; проявление уважения к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общероссийской и русской культуре, к культуре и языкам всех народов Российской Федерации;</w:t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в собственной речевой практике разнообразных грамматических средств;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совершенствование орфографической и пунктуационной грамотности; воспитание стремления к речевому самосовершенствованию;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речевой деятельности, коммуникативных умений, обеспечивающих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и т. п. в процессе изучения русского языка;</w:t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развитие функциональной грамотности: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несплошной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текст,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инфографика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и др.); освоение стратегий и тактик информационно-смысловой переработки текста, овладение способами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731837" w:rsidRPr="00F66E86" w:rsidRDefault="00F66E86">
      <w:pPr>
        <w:autoSpaceDE w:val="0"/>
        <w:autoSpaceDN w:val="0"/>
        <w:spacing w:before="262"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«РУССКИЙ ЯЗЫК» В УЧЕБНОМ ПЛАНЕ</w:t>
      </w:r>
    </w:p>
    <w:p w:rsidR="00731837" w:rsidRPr="00F66E86" w:rsidRDefault="00F66E86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 предметную  область  «Русский язык и литература» и является обязательным для  изучения.</w:t>
      </w:r>
    </w:p>
    <w:p w:rsidR="00731837" w:rsidRPr="00F66E86" w:rsidRDefault="00F66E86">
      <w:pPr>
        <w:autoSpaceDE w:val="0"/>
        <w:autoSpaceDN w:val="0"/>
        <w:spacing w:before="72" w:after="0" w:line="271" w:lineRule="auto"/>
        <w:ind w:right="576"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Учебным планом на изучение русского языка в 5 классе отводится  - 170 ч. (5 часов в неделю).</w:t>
      </w:r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298" w:right="702" w:bottom="1440" w:left="666" w:header="720" w:footer="720" w:gutter="0"/>
          <w:cols w:space="720" w:equalWidth="0">
            <w:col w:w="10532" w:space="0"/>
          </w:cols>
          <w:docGrid w:linePitch="360"/>
        </w:sectPr>
      </w:pPr>
    </w:p>
    <w:p w:rsidR="00731837" w:rsidRPr="00F66E86" w:rsidRDefault="00731837">
      <w:pPr>
        <w:autoSpaceDE w:val="0"/>
        <w:autoSpaceDN w:val="0"/>
        <w:spacing w:after="78" w:line="220" w:lineRule="exact"/>
        <w:rPr>
          <w:lang w:val="ru-RU"/>
        </w:rPr>
      </w:pPr>
    </w:p>
    <w:p w:rsidR="00731837" w:rsidRPr="00F66E86" w:rsidRDefault="00F66E86">
      <w:pPr>
        <w:autoSpaceDE w:val="0"/>
        <w:autoSpaceDN w:val="0"/>
        <w:spacing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731837" w:rsidRPr="00F66E86" w:rsidRDefault="00F66E86">
      <w:pPr>
        <w:autoSpaceDE w:val="0"/>
        <w:autoSpaceDN w:val="0"/>
        <w:spacing w:before="346" w:after="0" w:line="271" w:lineRule="auto"/>
        <w:ind w:left="180" w:right="5616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Богатство и выразительность русского языка.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Лингвистика как наука о языке.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Основные разделы лингвистики.</w:t>
      </w:r>
    </w:p>
    <w:p w:rsidR="00731837" w:rsidRPr="00F66E86" w:rsidRDefault="00F66E86">
      <w:pPr>
        <w:autoSpaceDE w:val="0"/>
        <w:autoSpaceDN w:val="0"/>
        <w:spacing w:before="190" w:after="0" w:line="262" w:lineRule="auto"/>
        <w:ind w:left="180" w:right="1872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Язык и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речь.Речь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устная и письменная, монологическая и диалогическая,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полилог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Виды речевой деятельности (говорение, слушание, чтение, письмо), их особенности.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2" w:after="0" w:line="262" w:lineRule="auto"/>
        <w:ind w:right="1008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Речевые формулы приветствия, прощания, просьбы, благодарности.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Виды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: выборочное, ознакомительное, детальное.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Виды чтения: изучающее, ознакомительное, просмотровое, поисковое.</w:t>
      </w:r>
    </w:p>
    <w:p w:rsidR="00731837" w:rsidRPr="00F66E86" w:rsidRDefault="00F66E86">
      <w:pPr>
        <w:autoSpaceDE w:val="0"/>
        <w:autoSpaceDN w:val="0"/>
        <w:spacing w:before="190" w:after="0" w:line="262" w:lineRule="auto"/>
        <w:ind w:left="180" w:right="144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F66E86">
        <w:rPr>
          <w:lang w:val="ru-RU"/>
        </w:rPr>
        <w:br/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Текст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и его основные признаки. Тема и главная мысль текста.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Микротема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текста. Ключевые слова.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Повествование как тип речи. Рассказ.</w:t>
      </w:r>
    </w:p>
    <w:p w:rsidR="00731837" w:rsidRPr="00F66E86" w:rsidRDefault="00F66E86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Информационная переработка текста: простой и сложный план текста.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190" w:after="0" w:line="271" w:lineRule="auto"/>
        <w:ind w:right="158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Функциональные разновидности языка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731837" w:rsidRPr="00F66E86" w:rsidRDefault="00F66E86">
      <w:pPr>
        <w:autoSpaceDE w:val="0"/>
        <w:autoSpaceDN w:val="0"/>
        <w:spacing w:before="190" w:after="0" w:line="271" w:lineRule="auto"/>
        <w:ind w:left="180" w:right="5472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Фонетика и графика как разделы лингвистики.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Звук как единица языка. Смыслоразличительная роль звука.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Система гласных звуков.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Система согласных звуков.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left="180" w:right="2448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Изменение звуков в речевом потоке. Элементы фонетической транскрипции. Слог. Ударение. Свойства русского ударения.</w:t>
      </w:r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298" w:right="650" w:bottom="38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31837" w:rsidRPr="00F66E86" w:rsidRDefault="00731837">
      <w:pPr>
        <w:autoSpaceDE w:val="0"/>
        <w:autoSpaceDN w:val="0"/>
        <w:spacing w:after="78" w:line="220" w:lineRule="exact"/>
        <w:rPr>
          <w:lang w:val="ru-RU"/>
        </w:rPr>
      </w:pPr>
    </w:p>
    <w:p w:rsidR="00731837" w:rsidRPr="00F66E86" w:rsidRDefault="00F66E8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Соотношение звуков и букв.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Фонетический анализ слова.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Способы обозначения [й’], мягкости согласных.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Основные выразительные средства фонетики.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Прописные и строчные буквы.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Интонация, её функции. Основные элементы интонации.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left="180" w:right="6336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F66E86">
        <w:rPr>
          <w:lang w:val="ru-RU"/>
        </w:rPr>
        <w:br/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Орфография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Понятие «орфограмма». Буквенные и небуквенные орфограммы.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разделительных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31837" w:rsidRPr="00F66E86" w:rsidRDefault="00F66E86">
      <w:pPr>
        <w:autoSpaceDE w:val="0"/>
        <w:autoSpaceDN w:val="0"/>
        <w:spacing w:before="72" w:after="0" w:line="262" w:lineRule="auto"/>
        <w:ind w:left="180" w:right="6192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F66E86">
        <w:rPr>
          <w:lang w:val="ru-RU"/>
        </w:rPr>
        <w:br/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Лексикология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731837" w:rsidRPr="00F66E86" w:rsidRDefault="00F66E86">
      <w:pPr>
        <w:autoSpaceDE w:val="0"/>
        <w:autoSpaceDN w:val="0"/>
        <w:spacing w:before="70" w:after="0" w:line="271" w:lineRule="auto"/>
        <w:ind w:right="144"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Синонимы. Антонимы. Омонимы. Паронимы.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Лексический анализ слов (в рамках изученного).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left="180" w:right="6480"/>
        <w:rPr>
          <w:lang w:val="ru-RU"/>
        </w:rPr>
      </w:pPr>
      <w:proofErr w:type="spellStart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Орфография </w:t>
      </w:r>
      <w:r w:rsidRPr="00F66E86">
        <w:rPr>
          <w:lang w:val="ru-RU"/>
        </w:rPr>
        <w:br/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Морфемика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раздел лингвистики.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Чередование звуков в морфемах (в том числе чередование гласных с нулём звука).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Морфемный анализ слов.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Уместное использование слов с суффиксами оценки в собственной речи.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Правописание корней с проверяемыми, непроверяемыми, ​непроизносимыми согласными (в рамках изученного).</w:t>
      </w:r>
    </w:p>
    <w:p w:rsidR="00731837" w:rsidRPr="00F66E86" w:rsidRDefault="00F66E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в корне слова.</w:t>
      </w:r>
    </w:p>
    <w:p w:rsidR="00731837" w:rsidRPr="00F66E86" w:rsidRDefault="00F66E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неизменяемых на письме приставок и приставок на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-з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(-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приставок.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left="180" w:right="3024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Морфология. Культура речи. Орфография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Морфология как раздел грамматики. Грамматическое значение слова.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 </w:t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Род, число, падеж имени существительного.</w:t>
      </w:r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298" w:right="780" w:bottom="428" w:left="666" w:header="720" w:footer="720" w:gutter="0"/>
          <w:cols w:space="720" w:equalWidth="0">
            <w:col w:w="10454" w:space="0"/>
          </w:cols>
          <w:docGrid w:linePitch="360"/>
        </w:sectPr>
      </w:pPr>
    </w:p>
    <w:p w:rsidR="00731837" w:rsidRPr="00F66E86" w:rsidRDefault="00731837">
      <w:pPr>
        <w:autoSpaceDE w:val="0"/>
        <w:autoSpaceDN w:val="0"/>
        <w:spacing w:after="78" w:line="220" w:lineRule="exact"/>
        <w:rPr>
          <w:lang w:val="ru-RU"/>
        </w:rPr>
      </w:pPr>
    </w:p>
    <w:p w:rsidR="00731837" w:rsidRPr="00F66E86" w:rsidRDefault="00F66E86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Имена существительные общего рода.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Имена существительные, имеющие форму только единственного или только множественного числа. </w:t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существительных.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1872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Правописание собственных имён существительных.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на конце имён существительных после шипящих.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существительных.</w:t>
      </w:r>
    </w:p>
    <w:p w:rsidR="00731837" w:rsidRPr="00F66E86" w:rsidRDefault="00F66E86">
      <w:pPr>
        <w:autoSpaceDE w:val="0"/>
        <w:autoSpaceDN w:val="0"/>
        <w:spacing w:before="72" w:after="0" w:line="262" w:lineRule="auto"/>
        <w:ind w:left="180" w:right="432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существительных. Правописание суффиксов 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; 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 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(-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) имён существительных.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proofErr w:type="gram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</w:t>
      </w:r>
      <w:proofErr w:type="gramEnd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аг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-; 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-;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-клан- 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-клон-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скак</w:t>
      </w:r>
      <w:proofErr w:type="spellEnd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- 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 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Имена прилагательные полные и краткие, их синтаксические функции.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Склонение имён прилагательных. 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Морфологический анализ имён прилагательных.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окончаний имён прилагательных.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 имён прилагательных. Правописание кратких форм имён прилагательных с основой на шипящий.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не 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 именами прилагательными.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71" w:lineRule="auto"/>
        <w:ind w:right="1296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Глагол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Глаголы совершенного и несовершенного вида, возвратные и невозвратные.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731837" w:rsidRPr="00F66E86" w:rsidRDefault="00F66E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Спряжение глагола.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корней с чередованием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//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</w:t>
      </w:r>
      <w:proofErr w:type="gramEnd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ер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бир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блест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блист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дер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дир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-,-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жег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жиг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мер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мир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пер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пир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стел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стил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-, 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тер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 — 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тир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Использование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тся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глаголах, суффиксов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 —-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F66E86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Правописание безударных личных окончаний глагола.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Правописание гласной перед суффиксом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Слитное и раздельное написание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Синтаксис. Культура речи. Пунктуация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Словосочетание и его признаки. Основные виды словосочетаний по морфологическим свойствам</w:t>
      </w:r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298" w:right="682" w:bottom="428" w:left="666" w:header="720" w:footer="720" w:gutter="0"/>
          <w:cols w:space="720" w:equalWidth="0">
            <w:col w:w="10552" w:space="0"/>
          </w:cols>
          <w:docGrid w:linePitch="360"/>
        </w:sectPr>
      </w:pPr>
    </w:p>
    <w:p w:rsidR="00731837" w:rsidRPr="00F66E86" w:rsidRDefault="00731837">
      <w:pPr>
        <w:autoSpaceDE w:val="0"/>
        <w:autoSpaceDN w:val="0"/>
        <w:spacing w:after="66" w:line="220" w:lineRule="exact"/>
        <w:rPr>
          <w:lang w:val="ru-RU"/>
        </w:rPr>
      </w:pPr>
    </w:p>
    <w:p w:rsidR="00731837" w:rsidRPr="00F66E86" w:rsidRDefault="00F66E86">
      <w:pPr>
        <w:autoSpaceDE w:val="0"/>
        <w:autoSpaceDN w:val="0"/>
        <w:spacing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главного слова (именные, глагольные, наречные). Средства связи слов в словосочетании.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Синтаксический анализ словосочетания.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Предложение и его признаки. Виды предложений по цели высказывания и эмоциональной окраске.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731837" w:rsidRPr="00F66E86" w:rsidRDefault="00F66E8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Главные члены предложения (грамматическая основа). 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морфологические средства его выражения: глаголом, именем существительным, именем прилагательным.</w:t>
      </w:r>
    </w:p>
    <w:p w:rsidR="00731837" w:rsidRPr="00F66E86" w:rsidRDefault="00F66E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Тире между подлежащим и сказуемым.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</w:t>
      </w:r>
    </w:p>
    <w:p w:rsidR="00731837" w:rsidRPr="00F66E86" w:rsidRDefault="00F66E86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731837" w:rsidRPr="00F66E86" w:rsidRDefault="00F66E8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Предложения с однородными членами (без союзов, с одиночным союзом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</w:p>
    <w:p w:rsidR="00731837" w:rsidRPr="00F66E86" w:rsidRDefault="00F66E86">
      <w:pPr>
        <w:autoSpaceDE w:val="0"/>
        <w:autoSpaceDN w:val="0"/>
        <w:spacing w:before="70"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обобщающим словом при однородных членах.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Предложения с обращением, особенности интонации. Обращение и средства его выражения. Синтаксический анализ простого и простого осложнённого предложений.</w:t>
      </w:r>
    </w:p>
    <w:p w:rsidR="00731837" w:rsidRPr="00F66E86" w:rsidRDefault="00F66E86">
      <w:pPr>
        <w:autoSpaceDE w:val="0"/>
        <w:autoSpaceDN w:val="0"/>
        <w:spacing w:before="70" w:after="0" w:line="271" w:lineRule="auto"/>
        <w:ind w:right="576" w:firstLine="180"/>
        <w:rPr>
          <w:lang w:val="ru-RU"/>
        </w:rPr>
      </w:pPr>
      <w:proofErr w:type="gram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союзами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),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(в значении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).</w:t>
      </w:r>
      <w:proofErr w:type="gramEnd"/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Предложения простые и сложные. Сложные предложения с бессоюзной и союзной связью.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Предложения сложносочинённые и сложноподчинённые (общее представление, практическое усвоение).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однако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зато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да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31837" w:rsidRPr="00F66E86" w:rsidRDefault="00F66E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Предложения с прямой речью.</w:t>
      </w:r>
    </w:p>
    <w:p w:rsidR="00731837" w:rsidRPr="00F66E86" w:rsidRDefault="00F66E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предложений с прямой речью.</w:t>
      </w:r>
    </w:p>
    <w:p w:rsidR="00731837" w:rsidRPr="00F66E86" w:rsidRDefault="00F66E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Диалог.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Пунктуационное оформление диалога на письме.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Пунктуация как раздел лингвистики.</w:t>
      </w:r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286" w:right="656" w:bottom="1440" w:left="666" w:header="720" w:footer="720" w:gutter="0"/>
          <w:cols w:space="720" w:equalWidth="0">
            <w:col w:w="10578" w:space="0"/>
          </w:cols>
          <w:docGrid w:linePitch="360"/>
        </w:sectPr>
      </w:pPr>
    </w:p>
    <w:p w:rsidR="00731837" w:rsidRPr="00F66E86" w:rsidRDefault="00731837">
      <w:pPr>
        <w:autoSpaceDE w:val="0"/>
        <w:autoSpaceDN w:val="0"/>
        <w:spacing w:after="78" w:line="220" w:lineRule="exact"/>
        <w:rPr>
          <w:lang w:val="ru-RU"/>
        </w:rPr>
      </w:pPr>
    </w:p>
    <w:p w:rsidR="00731837" w:rsidRPr="00F66E86" w:rsidRDefault="00F66E86">
      <w:pPr>
        <w:autoSpaceDE w:val="0"/>
        <w:autoSpaceDN w:val="0"/>
        <w:spacing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731837" w:rsidRPr="00F66E86" w:rsidRDefault="00F66E86">
      <w:pPr>
        <w:autoSpaceDE w:val="0"/>
        <w:autoSpaceDN w:val="0"/>
        <w:spacing w:before="346"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731837" w:rsidRPr="00F66E86" w:rsidRDefault="00F66E86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самовоспитания и саморазвития, формирования внутренней позиции личности.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экстремизма, дискриминации; понимание роли различных социальных институтов в жизни человека;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 готовность к разнообразной совместной деятельности, стремление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к взаимопониманию и взаимопомощи; активное участие в школьном самоуправлении; готовность к участию в гуманитарной деятельности (помощь людям, нуждающимся в ней;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Патриотического воспитания: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России; проявление интереса к познанию русского языка, к истории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нормс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учётом осознания последствий поступков; активное неприятие асоциальных поступков; свобода и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ответственностьличности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в условиях индивидуального и общественного пространства.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художественной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 разных</w:t>
      </w:r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31837" w:rsidRPr="00F66E86" w:rsidRDefault="00731837">
      <w:pPr>
        <w:autoSpaceDE w:val="0"/>
        <w:autoSpaceDN w:val="0"/>
        <w:spacing w:after="66" w:line="220" w:lineRule="exact"/>
        <w:rPr>
          <w:lang w:val="ru-RU"/>
        </w:rPr>
      </w:pPr>
    </w:p>
    <w:p w:rsidR="00731837" w:rsidRPr="00F66E86" w:rsidRDefault="00F66E86">
      <w:pPr>
        <w:autoSpaceDE w:val="0"/>
        <w:autoSpaceDN w:val="0"/>
        <w:spacing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видах искусства.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жизни с опорой на собственный жизненный и читательский опыт;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употреб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ление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 в процессе школьного языкового образования; способность адаптироваться к стрессовым ситуациям и меняющимся социальным, информационным и природным условиям, в том числе осмысляя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собственный опыт и выстраивая дальнейшие цели;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принимать себя и других, не осуждая;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языке;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выполнять такого рода деятельность;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интерес к практическому изучению профессий и труда ​раз​личного рода, в том числе на основе применения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изучае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мого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предметного знания и ознакомления с деятельностью филологов,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журналистов, писателей;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умение точно, логично выражать свою точку зрения на экологические проблемы; </w:t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активное неприятие действий, приносящих вред окружающей среде; осознание своей роли как гражданина и потребителя в условиях взаимосвязи природной,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технологической и социальной сред; готовность к участию в практической деятельности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экологической направленности.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чело​века, природы и общества, взаимосвязях человека с природной и социальной средой; закономерностях развития языка; овладение языковой и читательской культурой, навыками ​чтения как средства познания мира; овладение основными навыками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индивидуального и коллективного благо​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получия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left="144" w:right="1008"/>
        <w:jc w:val="center"/>
        <w:rPr>
          <w:lang w:val="ru-RU"/>
        </w:rPr>
      </w:pP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Адаптации обучающегося к изменяющимся условиям социальной и природной среды: 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освоение обучающимися социального опыта, основных социальных ролей, норм и правил</w:t>
      </w:r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286" w:right="680" w:bottom="438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731837" w:rsidRPr="00F66E86" w:rsidRDefault="00731837">
      <w:pPr>
        <w:autoSpaceDE w:val="0"/>
        <w:autoSpaceDN w:val="0"/>
        <w:spacing w:after="66" w:line="220" w:lineRule="exact"/>
        <w:rPr>
          <w:lang w:val="ru-RU"/>
        </w:rPr>
      </w:pPr>
    </w:p>
    <w:p w:rsidR="00731837" w:rsidRPr="00F66E86" w:rsidRDefault="00F66E86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потребность во взаимодействии в условиях неопределённости, открытость опыту и знаниям других;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развития; умение оперировать основными понятиями, терминами и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способность осознавать стрессовую ситуацию, оценивать происходящие изменения и их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последствия, опираясь на жизненный, речевой и читательский опыт; воспринимать стрессовую ситуацию как вызов, требующий контрмер; оценивать ситуацию стресса, корректировать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принимаемые решения и действия; формулировать и оценивать риски и последствия, формировать опыт, уметь находить позитивное в сложившейся ситуации; быть готовым действовать в отсутствие гарантий успеха.</w:t>
      </w:r>
    </w:p>
    <w:p w:rsidR="00731837" w:rsidRPr="00F66E86" w:rsidRDefault="00F66E86">
      <w:pPr>
        <w:autoSpaceDE w:val="0"/>
        <w:autoSpaceDN w:val="0"/>
        <w:spacing w:before="262"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166" w:after="0" w:line="288" w:lineRule="auto"/>
        <w:ind w:right="288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1. Овладение универсальными учебными познавательными действиями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языковых единиц, языковых явлений и процессов;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 языковых единиц (явлений), основания для обобщения и сравнения, критерии проводимого анализа; классифицировать языковые единицы по существенному признаку;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дефицит информации текста, необходимой для решения поставленной учебной задачи; </w:t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языковых процессов; 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оптималь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ный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вариант с учётом самостоятельно выделенных критериев.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 в языковом образовании; </w:t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вопросы, фиксирующие несоответствие между реальным и желательным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состоянием ситуации, и самостоятельно устанавливать искомое и данное;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составлять алгоритм действий и использовать его для решения учебных задач;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286" w:right="634" w:bottom="296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731837" w:rsidRPr="00F66E86" w:rsidRDefault="00731837">
      <w:pPr>
        <w:autoSpaceDE w:val="0"/>
        <w:autoSpaceDN w:val="0"/>
        <w:spacing w:after="90" w:line="220" w:lineRule="exact"/>
        <w:rPr>
          <w:lang w:val="ru-RU"/>
        </w:rPr>
      </w:pPr>
    </w:p>
    <w:p w:rsidR="00731837" w:rsidRPr="00F66E86" w:rsidRDefault="00F66E86">
      <w:pPr>
        <w:tabs>
          <w:tab w:val="left" w:pos="180"/>
        </w:tabs>
        <w:autoSpaceDE w:val="0"/>
        <w:autoSpaceDN w:val="0"/>
        <w:spacing w:after="0" w:line="283" w:lineRule="auto"/>
        <w:ind w:right="288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на применимость и достоверность информацию, полученную в ходе лингвистического исследования (эксперимента);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формулировать обобщения и выводы по результатам проведённого наблюдения, исследования; владеть инструментами оценки достоверности полученных выводов и обобщений; </w:t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выбирать, анализировать, интерпретировать, обобщать и систематизировать информацию, представленную в текстах,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таб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​лицах, схемах;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различные виды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и чтения для оценки текста с точки зрения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достоверности и применимости содержащейся в нём информации и усвоения необходимой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информации с целью решения учебных задач;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смысловое чтение для извлечения, обобщения и систематизации информации из одного или нескольких источников с учётом поставленных целей;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оценивать надёжность информации по критериям, пред​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ложенным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учителем или сформулированным самостоятельно;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эффективно запоминать и систематизировать информацию.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2. Овладение универсальными учебными коммуникативными действиями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Общение: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невербальные средства общения, понимать значение социальных знаков;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знать и распознавать предпосылки конфликтных ситуаций и смягчать конфликты, вести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переговоры;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намерения других, проявлять уважительное отношение к собеседнику и в корректной форме формулировать свои возражения;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диалога/дискуссии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сопоставлять свои суждения с суждениями других участников диалога, обнаруживать различие и сходство позиций;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публично представлять результаты проведённого языкового анализа, выполненного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лингвистического эксперимента, исследования, проекта;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понимать и использовать преимущества командной и ин​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дивидуальной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работы при решении</w:t>
      </w:r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310" w:right="670" w:bottom="356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731837" w:rsidRPr="00F66E86" w:rsidRDefault="00731837">
      <w:pPr>
        <w:autoSpaceDE w:val="0"/>
        <w:autoSpaceDN w:val="0"/>
        <w:spacing w:after="66" w:line="220" w:lineRule="exact"/>
        <w:rPr>
          <w:lang w:val="ru-RU"/>
        </w:rPr>
      </w:pPr>
    </w:p>
    <w:p w:rsidR="00731837" w:rsidRPr="00F66E86" w:rsidRDefault="00F66E86">
      <w:pPr>
        <w:tabs>
          <w:tab w:val="left" w:pos="180"/>
        </w:tabs>
        <w:autoSpaceDE w:val="0"/>
        <w:autoSpaceDN w:val="0"/>
        <w:spacing w:after="0" w:line="288" w:lineRule="auto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конкретной проблемы, ​обосновывать необходимость применения групповых форм ​взаимодействия при решении поставленной задачи;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совмест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​ной работы; уметь обобщать мнения нескольких людей, проявлять готовность руководить, выполнять поручения, подчиняться;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 </w:t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качество своего вклада в общий продукт по критериям, самостоятельно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190" w:after="0" w:line="286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3. Овладение универсальными учебными регулятивными действиями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проблемы для решения в учебных и жизненных ситуациях;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ориентироваться в различных подходах к принятию решений (индивидуальное, принятие решения в группе, принятие решения группой);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составлять план действий, вносить необходимые коррективы в ходе его реализации; </w:t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учебной ситуации и предлагать план её изменения;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предвидеть трудности, которые могут возникнуть при решении учебной задачи, и адаптировать решение к меняющимся обстоятельствам;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объяснять причины достижения (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результата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дея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тельности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/>
        <w:ind w:right="720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Эмоциональный интеллект: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развивать способность управлять собственными эмоциями и эмоциями других;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эмоций.</w:t>
      </w:r>
    </w:p>
    <w:p w:rsidR="00731837" w:rsidRPr="00F66E86" w:rsidRDefault="00F66E86">
      <w:pPr>
        <w:autoSpaceDE w:val="0"/>
        <w:autoSpaceDN w:val="0"/>
        <w:spacing w:before="70" w:after="0" w:line="281" w:lineRule="auto"/>
        <w:ind w:left="180" w:right="4464"/>
        <w:rPr>
          <w:lang w:val="ru-RU"/>
        </w:rPr>
      </w:pP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Принятие себя и других: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осознанно относиться к другому человеку и его мнению; признавать своё и чужое право на ошибку;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себя и других, не осуждая;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открытость;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осознавать невозможность контролировать всё вокруг.</w:t>
      </w:r>
    </w:p>
    <w:p w:rsidR="00731837" w:rsidRPr="00F66E86" w:rsidRDefault="00F66E86">
      <w:pPr>
        <w:autoSpaceDE w:val="0"/>
        <w:autoSpaceDN w:val="0"/>
        <w:spacing w:before="262"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286" w:right="686" w:bottom="452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731837" w:rsidRPr="00F66E86" w:rsidRDefault="00731837">
      <w:pPr>
        <w:autoSpaceDE w:val="0"/>
        <w:autoSpaceDN w:val="0"/>
        <w:spacing w:after="78" w:line="220" w:lineRule="exact"/>
        <w:rPr>
          <w:lang w:val="ru-RU"/>
        </w:rPr>
      </w:pPr>
    </w:p>
    <w:p w:rsidR="00731837" w:rsidRPr="00F66E86" w:rsidRDefault="00F66E86">
      <w:pPr>
        <w:tabs>
          <w:tab w:val="left" w:pos="180"/>
        </w:tabs>
        <w:autoSpaceDE w:val="0"/>
        <w:autoSpaceDN w:val="0"/>
        <w:spacing w:after="0" w:line="271" w:lineRule="auto"/>
        <w:ind w:right="14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Общие сведения о языке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Язык и речь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Участвовать в диалоге на лингвистические темы (в рамках изученного) и в диалоге/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полилоге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на основе жизненных наблюдений объёмом не менее 3 реплик.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различными видами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аудирования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: выборочным, ​ознакомительным, детальным — научно-учебных и художественных текстов различных функционально-смысловых типов речи.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left="180" w:right="288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Владеть различными видами чтения: просмотровым, ознакомительным, изучающим, поисковым. Устно пересказывать прочитанный или прослушанный текст объёмом не менее 100 слов.</w:t>
      </w:r>
    </w:p>
    <w:p w:rsidR="00731837" w:rsidRPr="00F66E86" w:rsidRDefault="00F66E8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731837" w:rsidRPr="00F66E86" w:rsidRDefault="00F66E86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на письме нормы современного русского литературного языка, в том числе во время списывания текста объёмом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пунктограммы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192" w:after="0" w:line="281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микротем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и абзацев.</w:t>
      </w:r>
    </w:p>
    <w:p w:rsidR="00731837" w:rsidRPr="00F66E86" w:rsidRDefault="00F66E86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функ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ционально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-смысловому типу речи.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 </w:t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</w:t>
      </w:r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298" w:right="674" w:bottom="308" w:left="666" w:header="720" w:footer="720" w:gutter="0"/>
          <w:cols w:space="720" w:equalWidth="0">
            <w:col w:w="10560" w:space="0"/>
          </w:cols>
          <w:docGrid w:linePitch="360"/>
        </w:sectPr>
      </w:pPr>
    </w:p>
    <w:p w:rsidR="00731837" w:rsidRPr="00F66E86" w:rsidRDefault="00731837">
      <w:pPr>
        <w:autoSpaceDE w:val="0"/>
        <w:autoSpaceDN w:val="0"/>
        <w:spacing w:after="78" w:line="220" w:lineRule="exact"/>
        <w:rPr>
          <w:lang w:val="ru-RU"/>
        </w:rPr>
      </w:pPr>
    </w:p>
    <w:p w:rsidR="00731837" w:rsidRPr="00F66E86" w:rsidRDefault="00F66E86">
      <w:pPr>
        <w:autoSpaceDE w:val="0"/>
        <w:autoSpaceDN w:val="0"/>
        <w:spacing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сочинения объёмом не менее 70 слов).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Восстанавливать деформированный текст; осуществлять корректировку восстановленного текста с опорой на образец. </w:t>
      </w:r>
    </w:p>
    <w:p w:rsidR="00731837" w:rsidRPr="00F66E86" w:rsidRDefault="00F66E86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Представлять сообщение на заданную тему в виде презентации.</w:t>
      </w:r>
    </w:p>
    <w:p w:rsidR="00731837" w:rsidRPr="00F66E86" w:rsidRDefault="00F66E86">
      <w:pPr>
        <w:autoSpaceDE w:val="0"/>
        <w:autoSpaceDN w:val="0"/>
        <w:spacing w:before="72" w:after="0" w:line="271" w:lineRule="auto"/>
        <w:ind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целостность, связность, информативность).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71" w:lineRule="auto"/>
        <w:ind w:right="432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Функциональные разновидности языка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Система языка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Фонетика. Графика. Орфоэпия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Проводить фонетический анализ слов.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71" w:lineRule="auto"/>
        <w:ind w:right="576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Орфография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Распознавать изученные орфограммы.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ъ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ь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78" w:lineRule="auto"/>
        <w:ind w:right="14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Лексикология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 </w:t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тематические группы слов, родовые и видовые понятия.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Проводить лексический анализ слов (в рамках изученного).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Уметь пользоваться лексическими словарями (толковым словарём, словарями синонимов, антонимов, омонимов, паро​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нимов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left="180" w:right="2880"/>
        <w:rPr>
          <w:lang w:val="ru-RU"/>
        </w:rPr>
      </w:pPr>
      <w:proofErr w:type="spellStart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Морфемика</w:t>
      </w:r>
      <w:proofErr w:type="spellEnd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Орфография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Характеризовать морфему как минимальную значимую единицу языка.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left="180" w:right="72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Находить чередование звуков в морфемах (в том числе чередование гласных с нулём звука). Проводить морфемный анализ слов.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по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морфемике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выполнении языкового анализа различных видов и в практике правописания неизменяемых приставок и приставок на -з (-с); ы — и после приставок; корней с</w:t>
      </w:r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298" w:right="718" w:bottom="368" w:left="666" w:header="720" w:footer="720" w:gutter="0"/>
          <w:cols w:space="720" w:equalWidth="0">
            <w:col w:w="10516" w:space="0"/>
          </w:cols>
          <w:docGrid w:linePitch="360"/>
        </w:sectPr>
      </w:pPr>
    </w:p>
    <w:p w:rsidR="00731837" w:rsidRPr="00F66E86" w:rsidRDefault="00731837">
      <w:pPr>
        <w:autoSpaceDE w:val="0"/>
        <w:autoSpaceDN w:val="0"/>
        <w:spacing w:after="66" w:line="220" w:lineRule="exact"/>
        <w:rPr>
          <w:lang w:val="ru-RU"/>
        </w:rPr>
      </w:pPr>
    </w:p>
    <w:p w:rsidR="00731837" w:rsidRPr="00F66E86" w:rsidRDefault="00F66E86">
      <w:pPr>
        <w:autoSpaceDE w:val="0"/>
        <w:autoSpaceDN w:val="0"/>
        <w:spacing w:after="0" w:line="271" w:lineRule="auto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—о после шипящих в корне слова;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Уместно использовать слова с суффиксами оценки в собственной речи.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Морфология. Культура речи. Орфография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сис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​теме частей речи в русском языке для решения практико-ориентированных учебных задач.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Распознавать имена существительные, имена прилагательные, глаголы.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2" w:after="0" w:line="262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существительное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Определять лексико-грамматические разряды имён существительных.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Проводить морфологический анализ имён существительных.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731837" w:rsidRPr="00F66E86" w:rsidRDefault="00F66E86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существительных: безударных окончаний;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(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ё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) после шипящих и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суффиксов </w:t>
      </w:r>
      <w:proofErr w:type="gramStart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</w:t>
      </w:r>
      <w:proofErr w:type="gramEnd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щик</w:t>
      </w:r>
      <w:proofErr w:type="spellEnd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ек</w:t>
      </w:r>
      <w:proofErr w:type="spellEnd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ик</w:t>
      </w:r>
      <w:proofErr w:type="spellEnd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 (-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чик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-);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корней с чередованием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//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лаг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лож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раст</w:t>
      </w:r>
      <w:proofErr w:type="spellEnd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ращ</w:t>
      </w:r>
      <w:proofErr w:type="spellEnd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рос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гар</w:t>
      </w:r>
      <w:proofErr w:type="spellEnd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гор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зар</w:t>
      </w:r>
      <w:proofErr w:type="spellEnd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зор</w:t>
      </w:r>
      <w:proofErr w:type="spellEnd"/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-клан-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-клон-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скак</w:t>
      </w:r>
      <w:proofErr w:type="spellEnd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—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скоч</w:t>
      </w:r>
      <w:proofErr w:type="spellEnd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; употребления/неупотребления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Имя прилагательное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731837" w:rsidRPr="00F66E86" w:rsidRDefault="00F66E86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имён прилагательных (в рамках изученного).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словоизменения, произношения имён прилагательных, постановки в них ударения (в рамках изучен​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ного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731837" w:rsidRPr="00F66E86" w:rsidRDefault="00F66E86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имён прилагательных: безударных окончаний;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—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после шипящих и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в суффиксах и окончаниях; кратких форм имён прилагательных с основой на шипящие; нормы слитного и раздельного написания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с именами прилагательными.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71" w:lineRule="auto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Глагол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Различать глаголы совершенного и несовершенного вида, возвратные и невозвратные.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Определять спряжение глагола, уметь спрягать глаголы.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Проводить частичный морфологический анализ глаголов (в рамках изученного).</w:t>
      </w:r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286" w:right="670" w:bottom="438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731837" w:rsidRPr="00F66E86" w:rsidRDefault="00731837">
      <w:pPr>
        <w:autoSpaceDE w:val="0"/>
        <w:autoSpaceDN w:val="0"/>
        <w:spacing w:after="78" w:line="220" w:lineRule="exact"/>
        <w:rPr>
          <w:lang w:val="ru-RU"/>
        </w:rPr>
      </w:pPr>
    </w:p>
    <w:p w:rsidR="00731837" w:rsidRPr="00F66E86" w:rsidRDefault="00F66E86">
      <w:pPr>
        <w:tabs>
          <w:tab w:val="left" w:pos="180"/>
        </w:tabs>
        <w:autoSpaceDE w:val="0"/>
        <w:autoSpaceDN w:val="0"/>
        <w:spacing w:after="0" w:line="262" w:lineRule="auto"/>
        <w:ind w:right="144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731837" w:rsidRPr="00F66E86" w:rsidRDefault="00F66E86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нормы правописания глаголов: корней с чередованием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//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и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; использования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ь 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тся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и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ться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в глаголах; суффиксов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ова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-— 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ева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-,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proofErr w:type="spellStart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ыва</w:t>
      </w:r>
      <w:proofErr w:type="spellEnd"/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—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-ива-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; личных окончаний глагола, гласной перед суффиксом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-л-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в формах прошедшего времени глагола; слитного и раздельного написания </w:t>
      </w:r>
      <w:r w:rsidRPr="00F66E86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не</w:t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с глаголами.</w:t>
      </w:r>
    </w:p>
    <w:p w:rsidR="00731837" w:rsidRPr="00F66E86" w:rsidRDefault="00F66E86">
      <w:pPr>
        <w:tabs>
          <w:tab w:val="left" w:pos="180"/>
        </w:tabs>
        <w:autoSpaceDE w:val="0"/>
        <w:autoSpaceDN w:val="0"/>
        <w:spacing w:before="70" w:after="0" w:line="281" w:lineRule="auto"/>
        <w:ind w:right="432"/>
        <w:rPr>
          <w:lang w:val="ru-RU"/>
        </w:rPr>
      </w:pP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Синтаксис. Культура речи. Пунктуация </w:t>
      </w:r>
      <w:r w:rsidRPr="00F66E86">
        <w:rPr>
          <w:lang w:val="ru-RU"/>
        </w:rPr>
        <w:br/>
      </w:r>
      <w:r w:rsidRPr="00F66E86">
        <w:rPr>
          <w:lang w:val="ru-RU"/>
        </w:rPr>
        <w:tab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731837" w:rsidRPr="00F66E86" w:rsidRDefault="00F66E86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нео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​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сложнённые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 рамках изученного).</w:t>
      </w:r>
    </w:p>
    <w:p w:rsidR="00731837" w:rsidRPr="006D306A" w:rsidRDefault="00F66E86">
      <w:pPr>
        <w:autoSpaceDE w:val="0"/>
        <w:autoSpaceDN w:val="0"/>
        <w:spacing w:before="70" w:after="0" w:line="281" w:lineRule="auto"/>
        <w:ind w:right="576" w:firstLine="180"/>
        <w:rPr>
          <w:rFonts w:ascii="Times New Roman" w:hAnsi="Times New Roman" w:cs="Times New Roman"/>
          <w:sz w:val="16"/>
          <w:szCs w:val="16"/>
          <w:lang w:val="ru-RU"/>
        </w:rPr>
      </w:pPr>
      <w:proofErr w:type="gram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Соблюдать на письме пунктуационные нормы при постановке тире между подлежащим и сказуемым, выборе знаков препинания в предложе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ниях с однородными членами, связанными бессоюзной связью, одиночным союзом </w:t>
      </w:r>
      <w:r w:rsidRPr="006D306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/>
        </w:rPr>
        <w:t>и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, союзами </w:t>
      </w:r>
      <w:r w:rsidRPr="006D306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/>
        </w:rPr>
        <w:t>а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, </w:t>
      </w:r>
      <w:r w:rsidRPr="006D306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/>
        </w:rPr>
        <w:t>но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, </w:t>
      </w:r>
      <w:r w:rsidRPr="006D306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/>
        </w:rPr>
        <w:t>однако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, </w:t>
      </w:r>
      <w:r w:rsidRPr="006D306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/>
        </w:rPr>
        <w:t>зато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, </w:t>
      </w:r>
      <w:r w:rsidRPr="006D306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/>
        </w:rPr>
        <w:t>да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(в значении </w:t>
      </w:r>
      <w:r w:rsidRPr="006D306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/>
        </w:rPr>
        <w:t>и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), </w:t>
      </w:r>
      <w:r w:rsidRPr="006D306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/>
        </w:rPr>
        <w:t>да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(в значении </w:t>
      </w:r>
      <w:r w:rsidRPr="006D306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/>
        </w:rPr>
        <w:t>но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6D306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/>
        </w:rPr>
        <w:t>и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, </w:t>
      </w:r>
      <w:r w:rsidRPr="006D306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/>
        </w:rPr>
        <w:t>но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, </w:t>
      </w:r>
      <w:r w:rsidRPr="006D306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/>
        </w:rPr>
        <w:t>а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, </w:t>
      </w:r>
      <w:r w:rsidRPr="006D306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/>
        </w:rPr>
        <w:t>однако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, </w:t>
      </w:r>
      <w:r w:rsidRPr="006D306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/>
        </w:rPr>
        <w:t>зато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 xml:space="preserve">, </w:t>
      </w:r>
      <w:r w:rsidRPr="006D306A">
        <w:rPr>
          <w:rFonts w:ascii="Times New Roman" w:eastAsia="Times New Roman" w:hAnsi="Times New Roman" w:cs="Times New Roman"/>
          <w:b/>
          <w:i/>
          <w:color w:val="000000"/>
          <w:sz w:val="16"/>
          <w:szCs w:val="16"/>
          <w:lang w:val="ru-RU"/>
        </w:rPr>
        <w:t>да</w:t>
      </w:r>
      <w:r w:rsidRPr="006D306A">
        <w:rPr>
          <w:rFonts w:ascii="Times New Roman" w:eastAsia="Times New Roman" w:hAnsi="Times New Roman" w:cs="Times New Roman"/>
          <w:color w:val="000000"/>
          <w:sz w:val="16"/>
          <w:szCs w:val="16"/>
          <w:lang w:val="ru-RU"/>
        </w:rPr>
        <w:t>; оформлять на письме диалог.</w:t>
      </w:r>
    </w:p>
    <w:p w:rsidR="00731837" w:rsidRPr="006D306A" w:rsidRDefault="00731837">
      <w:pPr>
        <w:rPr>
          <w:rFonts w:ascii="Times New Roman" w:hAnsi="Times New Roman" w:cs="Times New Roman"/>
          <w:sz w:val="16"/>
          <w:szCs w:val="16"/>
          <w:lang w:val="ru-RU"/>
        </w:rPr>
        <w:sectPr w:rsidR="00731837" w:rsidRPr="006D306A">
          <w:pgSz w:w="11900" w:h="16840"/>
          <w:pgMar w:top="298" w:right="668" w:bottom="1440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731837" w:rsidRPr="006D306A" w:rsidRDefault="00731837">
      <w:pPr>
        <w:autoSpaceDE w:val="0"/>
        <w:autoSpaceDN w:val="0"/>
        <w:spacing w:after="64" w:line="220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p w:rsidR="00731837" w:rsidRPr="006D306A" w:rsidRDefault="00F66E86">
      <w:pPr>
        <w:autoSpaceDE w:val="0"/>
        <w:autoSpaceDN w:val="0"/>
        <w:spacing w:after="258" w:line="233" w:lineRule="auto"/>
        <w:rPr>
          <w:rFonts w:ascii="Times New Roman" w:hAnsi="Times New Roman" w:cs="Times New Roman"/>
          <w:sz w:val="16"/>
          <w:szCs w:val="16"/>
        </w:rPr>
      </w:pPr>
      <w:r w:rsidRPr="006D306A">
        <w:rPr>
          <w:rFonts w:ascii="Times New Roman" w:eastAsia="Times New Roman" w:hAnsi="Times New Roman" w:cs="Times New Roman"/>
          <w:b/>
          <w:color w:val="000000"/>
          <w:w w:val="101"/>
          <w:sz w:val="16"/>
          <w:szCs w:val="16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896"/>
        <w:gridCol w:w="1236"/>
        <w:gridCol w:w="1382"/>
      </w:tblGrid>
      <w:tr w:rsidR="00731837" w:rsidRPr="006D306A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№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п/п</w:t>
            </w:r>
          </w:p>
        </w:tc>
        <w:tc>
          <w:tcPr>
            <w:tcW w:w="2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Количество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Дата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изучения</w:t>
            </w:r>
          </w:p>
        </w:tc>
        <w:tc>
          <w:tcPr>
            <w:tcW w:w="5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Виды деятельности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Виды, формы контроля</w:t>
            </w:r>
          </w:p>
        </w:tc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Электронные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(цифровые)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образовательные ресурсы</w:t>
            </w:r>
          </w:p>
        </w:tc>
      </w:tr>
      <w:tr w:rsidR="00731837" w:rsidRPr="006D306A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45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837" w:rsidRPr="006D306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Раздел 1. ПОВТОРЕНИЕ </w:t>
            </w:r>
          </w:p>
        </w:tc>
      </w:tr>
      <w:tr w:rsidR="00731837" w:rsidRPr="006D306A">
        <w:trPr>
          <w:trHeight w:hRule="exact" w:val="3614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1.1.</w:t>
            </w:r>
          </w:p>
        </w:tc>
        <w:tc>
          <w:tcPr>
            <w:tcW w:w="288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Повторение пройденного материала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5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47C78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0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8437AB" w:rsidRDefault="008437AB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437AB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01.09.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-</w:t>
            </w:r>
            <w:r w:rsidRPr="008437AB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06.09.</w:t>
            </w:r>
          </w:p>
        </w:tc>
        <w:tc>
          <w:tcPr>
            <w:tcW w:w="589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Осознавать богатство и выразительность русского языка, приводить примеры, свидетельствующие об этом</w:t>
            </w:r>
            <w:proofErr w:type="gram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..</w:t>
            </w:r>
            <w:proofErr w:type="gramEnd"/>
          </w:p>
          <w:p w:rsidR="00731837" w:rsidRPr="006D306A" w:rsidRDefault="00F66E86">
            <w:pPr>
              <w:autoSpaceDE w:val="0"/>
              <w:autoSpaceDN w:val="0"/>
              <w:spacing w:before="18" w:after="0" w:line="245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Знать основные разделы лингвистики, основные единицы языка и речи (звук, морфема, слово, словосочетание, предложение).</w:t>
            </w:r>
          </w:p>
          <w:p w:rsidR="00731837" w:rsidRPr="006D306A" w:rsidRDefault="00F66E86">
            <w:pPr>
              <w:autoSpaceDE w:val="0"/>
              <w:autoSpaceDN w:val="0"/>
              <w:spacing w:before="18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Использовать знания по фонетике, графике и орфоэпии в практике произношения и правописания слов.</w:t>
            </w:r>
          </w:p>
          <w:p w:rsidR="00731837" w:rsidRPr="006D306A" w:rsidRDefault="00F66E86">
            <w:pPr>
              <w:autoSpaceDE w:val="0"/>
              <w:autoSpaceDN w:val="0"/>
              <w:spacing w:before="18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Применять знания по орфографии в практике правописания</w:t>
            </w:r>
            <w:proofErr w:type="gram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.</w:t>
            </w:r>
            <w:proofErr w:type="gramEnd"/>
          </w:p>
          <w:p w:rsidR="00731837" w:rsidRPr="006D306A" w:rsidRDefault="00F66E86">
            <w:pPr>
              <w:autoSpaceDE w:val="0"/>
              <w:autoSpaceDN w:val="0"/>
              <w:spacing w:before="18" w:after="0" w:line="245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Применять знания по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морфемике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при выполнении языкового анализа различных видов и в практике правописания.</w:t>
            </w:r>
          </w:p>
          <w:p w:rsidR="00731837" w:rsidRPr="006D306A" w:rsidRDefault="00F66E86">
            <w:pPr>
              <w:autoSpaceDE w:val="0"/>
              <w:autoSpaceDN w:val="0"/>
              <w:spacing w:before="20" w:after="0" w:line="247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      </w:r>
          </w:p>
          <w:p w:rsidR="00731837" w:rsidRPr="006D306A" w:rsidRDefault="00F66E86">
            <w:pPr>
              <w:autoSpaceDE w:val="0"/>
              <w:autoSpaceDN w:val="0"/>
              <w:spacing w:before="20" w:after="0" w:line="25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Соблюдать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на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письме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пунктуационные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нормы .</w:t>
            </w: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 опрос; Диктант;</w:t>
            </w: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Учи.ру</w:t>
            </w:r>
          </w:p>
        </w:tc>
      </w:tr>
      <w:tr w:rsidR="00731837" w:rsidRPr="006D306A">
        <w:trPr>
          <w:trHeight w:hRule="exact" w:val="350"/>
        </w:trPr>
        <w:tc>
          <w:tcPr>
            <w:tcW w:w="3350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5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9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837" w:rsidRPr="006D306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  <w:t xml:space="preserve">Раздел 2. ОБЩИЕ  СВЕДЕНИЯ  О  ЯЗЫКЕ </w:t>
            </w:r>
          </w:p>
        </w:tc>
      </w:tr>
      <w:tr w:rsidR="00731837" w:rsidRPr="006D306A">
        <w:trPr>
          <w:trHeight w:hRule="exact" w:val="246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Богатство и выразительность русского языка.</w:t>
            </w:r>
          </w:p>
          <w:p w:rsidR="00731837" w:rsidRPr="006D306A" w:rsidRDefault="00F66E86">
            <w:pPr>
              <w:autoSpaceDE w:val="0"/>
              <w:autoSpaceDN w:val="0"/>
              <w:spacing w:before="18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Лингвистика как наука о язык.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8437AB" w:rsidRDefault="008437AB">
            <w:pPr>
              <w:autoSpaceDE w:val="0"/>
              <w:autoSpaceDN w:val="0"/>
              <w:spacing w:before="76" w:after="0" w:line="245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437AB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09.09.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-</w:t>
            </w:r>
            <w:r w:rsidR="00F47C78" w:rsidRPr="008437AB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.09.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Самостоятельно формулировать суждения о красоте и богатстве русского языка на основе проведённого анализа.;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Анализировать прозаические и поэтические тексты с точки зрения использования в них изобразительно-выразительных языковых средств.;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C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амостоятельно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формулировать обобщения и выводы о словарном богатстве русского языка.;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Характеризовать основные разделы лингвистики.;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Определять основания для сравнения слова и социальных знаков (дорожные знаки, знаки сервисов, предупредительные знаки, математические символы и проч.).; Характеризовать язык как систему знаков и как средство человеческого общения.; Выявлять и сравнивать основные единицы языка и речи (в пределах изученного в начальной школе);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Письменный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;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РЭШ</w:t>
            </w:r>
          </w:p>
        </w:tc>
      </w:tr>
      <w:tr w:rsidR="00731837" w:rsidRPr="006D306A">
        <w:trPr>
          <w:trHeight w:hRule="exact" w:val="350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837" w:rsidRPr="006D306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Раздел 3. ЯЗЫК И  РЕЧЬ </w:t>
            </w:r>
          </w:p>
        </w:tc>
      </w:tr>
      <w:tr w:rsidR="00731837" w:rsidRPr="006D306A">
        <w:trPr>
          <w:trHeight w:hRule="exact" w:val="52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Язык и речь. Монолог. Диалог.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Полилог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37AB" w:rsidRPr="008437AB" w:rsidRDefault="00F47C78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11.09-</w:t>
            </w:r>
          </w:p>
          <w:p w:rsidR="00731837" w:rsidRPr="006D306A" w:rsidRDefault="00F47C78" w:rsidP="008437AB">
            <w:pPr>
              <w:pStyle w:val="a9"/>
              <w:jc w:val="center"/>
              <w:rPr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13.09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Создавать устные монологические высказывания на основе жизненных наблюдений, чтения научно-учебной, художественной и научно-популярной литературы.;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РЭШ</w:t>
            </w:r>
          </w:p>
        </w:tc>
      </w:tr>
    </w:tbl>
    <w:p w:rsidR="00731837" w:rsidRPr="006D306A" w:rsidRDefault="0073183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16"/>
          <w:szCs w:val="16"/>
        </w:rPr>
      </w:pPr>
    </w:p>
    <w:p w:rsidR="00731837" w:rsidRPr="006D306A" w:rsidRDefault="00731837">
      <w:pPr>
        <w:rPr>
          <w:rFonts w:ascii="Times New Roman" w:hAnsi="Times New Roman" w:cs="Times New Roman"/>
          <w:sz w:val="16"/>
          <w:szCs w:val="16"/>
        </w:rPr>
        <w:sectPr w:rsidR="00731837" w:rsidRPr="006D306A">
          <w:pgSz w:w="16840" w:h="11900"/>
          <w:pgMar w:top="282" w:right="640" w:bottom="7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31837" w:rsidRPr="006D306A" w:rsidRDefault="0073183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896"/>
        <w:gridCol w:w="1236"/>
        <w:gridCol w:w="1382"/>
      </w:tblGrid>
      <w:tr w:rsidR="00731837" w:rsidRPr="006D306A">
        <w:trPr>
          <w:trHeight w:hRule="exact" w:val="227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Речь как деятельность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37AB" w:rsidRPr="008437AB" w:rsidRDefault="00F47C78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15</w:t>
            </w:r>
            <w:r w:rsidR="006D306A" w:rsidRPr="008437AB">
              <w:rPr>
                <w:rFonts w:ascii="Times New Roman" w:hAnsi="Times New Roman" w:cs="Times New Roman"/>
                <w:sz w:val="16"/>
                <w:lang w:val="ru-RU"/>
              </w:rPr>
              <w:t>.</w:t>
            </w: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09-</w:t>
            </w:r>
          </w:p>
          <w:p w:rsidR="00731837" w:rsidRPr="006D306A" w:rsidRDefault="00F47C78" w:rsidP="008437AB">
            <w:pPr>
              <w:pStyle w:val="a9"/>
              <w:jc w:val="center"/>
              <w:rPr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18.09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4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Устно пересказывать прочитанный или прослушанный текст, в том числе с изменением лица рассказчика.;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Участвовать в диалоге на лингвистические темы (в рамках изученного) и диалоге/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полилоге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на основе жизненных наблюдений.;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Использовать приёмы различных видов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аудирования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и чтения.;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Устно и письменно формулировать тему и главную мысль прослушанного и прочитанного текста, вопросы по содержанию текста и отвечать на них.;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Анализировать содержание исходного текста, подробно и сжато передавать его в письменной форме.;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Анализировать содержание исходного текста, подробно и сжато передавать его в письменной форме.;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РЭШ Учи.ру</w:t>
            </w:r>
          </w:p>
        </w:tc>
      </w:tr>
      <w:tr w:rsidR="00731837" w:rsidRPr="006D306A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6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837" w:rsidRPr="006D306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Раздел 4. ТЕКСТ</w:t>
            </w:r>
          </w:p>
        </w:tc>
      </w:tr>
      <w:tr w:rsidR="00731837" w:rsidRPr="006D306A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4.1.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Текст и его основные признаки.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Композиционная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структура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текста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37AB" w:rsidRPr="008437AB" w:rsidRDefault="009B3DE7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22.09-</w:t>
            </w:r>
          </w:p>
          <w:p w:rsidR="00731837" w:rsidRPr="008437AB" w:rsidRDefault="009B3DE7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23.09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45" w:lineRule="auto"/>
              <w:ind w:left="72" w:right="172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Распознавать основные признаки текста.;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Членить текст на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композиционносмысловые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части (абзацы).;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Письменный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;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РЭШ Учи.ру</w:t>
            </w:r>
          </w:p>
        </w:tc>
      </w:tr>
      <w:tr w:rsidR="00731837" w:rsidRPr="006D306A">
        <w:trPr>
          <w:trHeight w:hRule="exact" w:val="553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4.2.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Функциональносмысловые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типы речи. Повествование как тип речи. </w:t>
            </w:r>
          </w:p>
          <w:p w:rsidR="00731837" w:rsidRPr="006D306A" w:rsidRDefault="00F66E86">
            <w:pPr>
              <w:autoSpaceDE w:val="0"/>
              <w:autoSpaceDN w:val="0"/>
              <w:spacing w:before="20" w:after="0" w:line="247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Рассказ. Смысловой анализ текста. Информационная переработка текста.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Редактирование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текста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37AB" w:rsidRPr="008437AB" w:rsidRDefault="009B3DE7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24.09-</w:t>
            </w:r>
          </w:p>
          <w:p w:rsidR="00731837" w:rsidRPr="008437AB" w:rsidRDefault="00460DA5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0</w:t>
            </w:r>
            <w:r w:rsidR="009B3DE7" w:rsidRPr="008437AB">
              <w:rPr>
                <w:rFonts w:ascii="Times New Roman" w:hAnsi="Times New Roman" w:cs="Times New Roman"/>
                <w:sz w:val="16"/>
                <w:lang w:val="ru-RU"/>
              </w:rPr>
              <w:t>4.10.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7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Распознавать средства связи предложений и частей текста (формы слова,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письменного).; Анализировать и 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функциональносмысловому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типу речи.;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Устанавливать взаимосвязь описанных в тексте событий, явлений, процессов.; Создавать тексты, опираясь на знание основных признаков текста, особенностей функционально-смысловых типов речи, функциональных разновидностей языка (в рамках изученного).;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Создавать тексты функционально-смыслового типа речи (повествование) с опорой на жизненный и читательский опыт; тексты с опорой на сюжетную картину.;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Восстанавливать деформированный текст, корректировать восстановленный текст с опорой на образец.;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Составлять план текста (простой, сложный) и пересказывать его содержание по плану в устной и письменной форме, в том числе с изменением лица рассказчика.; Представлять сообщение на заданную тему в виде презентации.;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Создавать текст электронной презентации с учётом внеязыковых требований, предъявляемых к ней, и в соответствии со спецификой употребления языковых средств.;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Редактировать собственные/созданные другими обучающимися тексты с целью совершенствования их содержания: оценивать достоверность фактического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материала, анализировать текст с точки зрения целостности, связности,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информативности.;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Сопоставлять исходный и отредактированный тексты.;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Корректировать исходный текст с опорой на знание норм современного русского литературного языка (в пределах изученного).;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Письменный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контроль;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Устный опрос; Самооценка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использованием«Оценочного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РЭШ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Учи.ру</w:t>
            </w:r>
            <w:proofErr w:type="spellEnd"/>
          </w:p>
        </w:tc>
      </w:tr>
      <w:tr w:rsidR="00731837" w:rsidRPr="006D306A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10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837" w:rsidRPr="006D306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Раздел 5. ФУНКЦИОНАЛЬНЫЕ  РАЗНОВИДНОСТИ  ЯЗЫКА</w:t>
            </w:r>
          </w:p>
        </w:tc>
      </w:tr>
      <w:tr w:rsidR="00731837" w:rsidRPr="006D306A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5.1.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37AB" w:rsidRPr="008437AB" w:rsidRDefault="00460DA5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0</w:t>
            </w:r>
            <w:r w:rsidR="009B3DE7" w:rsidRPr="008437AB">
              <w:rPr>
                <w:rFonts w:ascii="Times New Roman" w:hAnsi="Times New Roman" w:cs="Times New Roman"/>
                <w:sz w:val="16"/>
                <w:lang w:val="ru-RU"/>
              </w:rPr>
              <w:t>7.10-</w:t>
            </w:r>
          </w:p>
          <w:p w:rsidR="00731837" w:rsidRPr="008437AB" w:rsidRDefault="00460DA5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0</w:t>
            </w:r>
            <w:r w:rsidR="009B3DE7" w:rsidRPr="008437AB">
              <w:rPr>
                <w:rFonts w:ascii="Times New Roman" w:hAnsi="Times New Roman" w:cs="Times New Roman"/>
                <w:sz w:val="16"/>
                <w:lang w:val="ru-RU"/>
              </w:rPr>
              <w:t>8.10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Распознавать тексты, принадлежащие к разным функциональным разновидностям языка: определять сферу использования и соотносить её с той или иной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разновидностью языка.;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Письменный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;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РЭШ Учи.ру</w:t>
            </w:r>
          </w:p>
        </w:tc>
      </w:tr>
    </w:tbl>
    <w:p w:rsidR="00731837" w:rsidRPr="006D306A" w:rsidRDefault="0073183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16"/>
          <w:szCs w:val="16"/>
        </w:rPr>
      </w:pPr>
    </w:p>
    <w:p w:rsidR="00731837" w:rsidRPr="006D306A" w:rsidRDefault="00731837">
      <w:pPr>
        <w:rPr>
          <w:rFonts w:ascii="Times New Roman" w:hAnsi="Times New Roman" w:cs="Times New Roman"/>
          <w:sz w:val="16"/>
          <w:szCs w:val="16"/>
        </w:rPr>
        <w:sectPr w:rsidR="00731837" w:rsidRPr="006D306A">
          <w:pgSz w:w="16840" w:h="11900"/>
          <w:pgMar w:top="284" w:right="640" w:bottom="32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31837" w:rsidRPr="006D306A" w:rsidRDefault="0073183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896"/>
        <w:gridCol w:w="1236"/>
        <w:gridCol w:w="1382"/>
      </w:tblGrid>
      <w:tr w:rsidR="00731837" w:rsidRPr="006D306A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837" w:rsidRPr="006D306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Раздел 6. СИСТЕМА ЯЗЫКА </w:t>
            </w:r>
          </w:p>
        </w:tc>
      </w:tr>
      <w:tr w:rsidR="00731837" w:rsidRPr="006D306A">
        <w:trPr>
          <w:trHeight w:hRule="exact" w:val="515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6.1.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Фонетика. Графика. Орфоэпия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37AB" w:rsidRPr="008437AB" w:rsidRDefault="00460DA5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0</w:t>
            </w:r>
            <w:r w:rsidR="009B3DE7" w:rsidRPr="008437AB">
              <w:rPr>
                <w:rFonts w:ascii="Times New Roman" w:hAnsi="Times New Roman" w:cs="Times New Roman"/>
                <w:sz w:val="16"/>
                <w:lang w:val="ru-RU"/>
              </w:rPr>
              <w:t>9.10-</w:t>
            </w:r>
          </w:p>
          <w:p w:rsidR="00731837" w:rsidRPr="006D306A" w:rsidRDefault="009B3DE7" w:rsidP="008437AB">
            <w:pPr>
              <w:pStyle w:val="a9"/>
              <w:jc w:val="center"/>
              <w:rPr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16.10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7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Понимать смыслоразличительную функцию звука речи в слове; приводить примеры.; Распознавать звуки речи по заданным характеристикам.;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звуковой состав слова.;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Классифицировать звуки по заданным признакам.;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Различать ударные и безударные гласные, звонкие и глухие, твёрдые и мягкие согласные.;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Объяснять с помощью элементов транскрипции особенности произношения и написания слов.;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Сравнивать звуковой и буквенный составы слова.;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Членить слова на слоги и правильно переносить слова со строки на строку.;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место ударного слога, наблюдать за перемещением ударения при изменении формы слова.;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Наблюдать за использованием выразительных средств фонетики в поэтических произведениях.;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Проводить фонетический анализ слов.;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Употреблять слова и их формы в соответствии с основными нормами литературного произношения: нормами произношения безударных гласных звуков; мягкого или твёрдого согласного перед [э] в иноязычных словах; сочетания согласных (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чн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,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чт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и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др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); грамматических форм (прилагательных на -его, -ого, возвратных глаголов с -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ся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, -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сь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и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др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).;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Употреблять в речи слова и их формы в соответствии с нормами ударения (на отдельных примерах).;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Находить необходимую информацию в орфоэпическом словаре и использовать её.; Правильно интонировать разные по цели и эмоциональной окраске высказывания.; Оценивать собственную и чужую речь с точки зрения соблюдения орфоэпических норм, норм ударения, интонационных норм.;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Письменный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контроль;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Устный опрос; Самооценка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использованием«Оценочного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РЭШ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Учи.ру</w:t>
            </w:r>
            <w:proofErr w:type="spellEnd"/>
          </w:p>
        </w:tc>
      </w:tr>
      <w:tr w:rsidR="00731837" w:rsidRPr="006D306A">
        <w:trPr>
          <w:trHeight w:hRule="exact" w:val="130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6.2.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Орфография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37AB" w:rsidRDefault="009B3DE7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18.10-</w:t>
            </w:r>
          </w:p>
          <w:p w:rsidR="00731837" w:rsidRPr="008437AB" w:rsidRDefault="009B3DE7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20.10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5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Оперировать понятием «орфограмма» и различать буквенные и небуквенные орфограммы при проведении орфографического анализа слова.;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Распознавать изученные орфограммы.;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Применять знания по орфографии в практике правописания (в том числе применять знания о правописании разделительных ъ и ь).;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Находить и использовать необходимую информацию.;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Письменный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;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РЭШ Учи.ру</w:t>
            </w:r>
          </w:p>
        </w:tc>
      </w:tr>
      <w:tr w:rsidR="00731837" w:rsidRPr="006D306A">
        <w:trPr>
          <w:trHeight w:hRule="exact" w:val="335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6.3.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Лексикология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37AB" w:rsidRDefault="009B3DE7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21.10-</w:t>
            </w:r>
          </w:p>
          <w:p w:rsidR="00731837" w:rsidRPr="008437AB" w:rsidRDefault="009B3DE7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15.11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Распознавать однозначные и многозначные слова, различать прямое и переносное значения слова.;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Сравнивать прямое и переносное значения слова по заданному признаку.;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Распознавать синонимы, антонимы, омонимы.;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Различать многозначные слова и омонимы.;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Уметь правильно употреблять слова-паронимы.;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Характеризовать тематические группы слов, родовые и видовые понятия.;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Находить основания для тематической группировки слов.;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Группировать слова по тематическому признаку.;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Проводить лексический анализ слов.;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Находить необходимую информацию в лексических словарях разных видов (толковые словари, словари синонимов, антонимов, омонимов, паронимов) и использовать её;;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2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Письменный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контроль;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Устный опрос; Самооценка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использованием«Оценочного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РЭШ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Учи.ру</w:t>
            </w:r>
            <w:proofErr w:type="spellEnd"/>
          </w:p>
        </w:tc>
      </w:tr>
    </w:tbl>
    <w:p w:rsidR="00731837" w:rsidRPr="006D306A" w:rsidRDefault="0073183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16"/>
          <w:szCs w:val="16"/>
        </w:rPr>
      </w:pPr>
    </w:p>
    <w:p w:rsidR="00731837" w:rsidRPr="006D306A" w:rsidRDefault="00731837">
      <w:pPr>
        <w:rPr>
          <w:rFonts w:ascii="Times New Roman" w:hAnsi="Times New Roman" w:cs="Times New Roman"/>
          <w:sz w:val="16"/>
          <w:szCs w:val="16"/>
        </w:rPr>
        <w:sectPr w:rsidR="00731837" w:rsidRPr="006D306A">
          <w:pgSz w:w="16840" w:h="11900"/>
          <w:pgMar w:top="284" w:right="640" w:bottom="39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31837" w:rsidRPr="006D306A" w:rsidRDefault="0073183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896"/>
        <w:gridCol w:w="1236"/>
        <w:gridCol w:w="1382"/>
      </w:tblGrid>
      <w:tr w:rsidR="00731837" w:rsidRPr="006D306A">
        <w:trPr>
          <w:trHeight w:hRule="exact" w:val="188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6.4.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Морфемика. Орфография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47C78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37AB" w:rsidRDefault="000D064A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17.11-</w:t>
            </w:r>
          </w:p>
          <w:p w:rsidR="00731837" w:rsidRPr="008437AB" w:rsidRDefault="00460DA5" w:rsidP="008437AB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0</w:t>
            </w:r>
            <w:r w:rsidR="000D064A" w:rsidRPr="008437AB">
              <w:rPr>
                <w:rFonts w:ascii="Times New Roman" w:hAnsi="Times New Roman" w:cs="Times New Roman"/>
                <w:sz w:val="16"/>
                <w:lang w:val="ru-RU"/>
              </w:rPr>
              <w:t>1.12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Характеризовать морфему как минимальную значимую единицу языка.;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Распознавать морфемы в слове (корень, приставку, суффикс, окончание), выделять основу слова.;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чередование звуков в морфемах (в том числе чередование гласных с нулём звука).;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Проводить морфемный анализ слов.;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Применять знания по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морфемике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при выполнении языкового анализа различных видов и в практике правописания слов с изученными орфограммами.;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Уместно использовать слова с суффиксами оценки в собственной речи.;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Письменный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контроль;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Устный опрос; Тестирование;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Самооценка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использованием«Оценочного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РЭШ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Учи.ру</w:t>
            </w:r>
            <w:proofErr w:type="spellEnd"/>
          </w:p>
        </w:tc>
      </w:tr>
      <w:tr w:rsidR="00731837" w:rsidRPr="006D306A">
        <w:trPr>
          <w:trHeight w:hRule="exact" w:val="350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34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837" w:rsidRPr="006D306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  <w:t>Раздел 7. МОРФОЛОГИЯ. КУЛЬТУРА РЕЧИ. ОРФОГРАФИЯ</w:t>
            </w:r>
          </w:p>
        </w:tc>
      </w:tr>
      <w:tr w:rsidR="00731837" w:rsidRPr="006D306A">
        <w:trPr>
          <w:trHeight w:hRule="exact" w:val="30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7.1.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Морфология как раздел лингвистики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47C7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460DA5" w:rsidP="008437A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  <w:r w:rsidR="000D064A"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3.12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Анализировать и характеризовать особенности грамматического значения слова в отличие от лексического.;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Распознавать самостоятельные (знаменательные) части речи и их формы в рамках изученного; служебные части речи; междометия, звукоподражательные слова (общее представление).;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Группировать слова разных частей речи по заданным признакам, находить основания для классификации.;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Применять знания о части речи как лексико-грамматическом разряде слов, о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грамматическом значении слова, о системе частей речи в русском языке для решения практико-ориентированных учебных задач.;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Распознавать имена существительные, имена прилагательные, глаголы.;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Проводить морфологический анализ имён существительных, частичный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морфологический анализ имён прилагательных, глаголов.;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Применять знания по морфологии при выполнении языкового анализа различных видов в речевой практике.;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Письменный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контроль;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Устный опрос; Тестирование;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Самооценка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использованием«Оценочного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РЭШ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Учи.ру</w:t>
            </w:r>
            <w:proofErr w:type="spellEnd"/>
          </w:p>
        </w:tc>
      </w:tr>
      <w:tr w:rsidR="00731837" w:rsidRPr="006D306A">
        <w:trPr>
          <w:trHeight w:hRule="exact" w:val="340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7.2.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Имя существительное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47C7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37AB" w:rsidRPr="008437AB" w:rsidRDefault="00460DA5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0</w:t>
            </w:r>
            <w:r w:rsidR="000D064A" w:rsidRPr="008437AB">
              <w:rPr>
                <w:rFonts w:ascii="Times New Roman" w:hAnsi="Times New Roman" w:cs="Times New Roman"/>
                <w:sz w:val="16"/>
                <w:lang w:val="ru-RU"/>
              </w:rPr>
              <w:t>4.12-</w:t>
            </w:r>
          </w:p>
          <w:p w:rsidR="00731837" w:rsidRPr="008437AB" w:rsidRDefault="000D064A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20.01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54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и характеризовать общее грамматическое значение, морфологические признаки и синтаксические функции имени существительного.;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Объяснять роль имени существительного в речи.;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и характеризовать лексико- грамматические разряды имён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существительных по значению, имена существительные собственные и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нарицательные; имена существительные одушевлённые и неодушевлённые.; Различать типы склонения имён существительных.;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Выявлять разносклоняемые и несклоняемые имена существительные.;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род, число, падеж, тип склонения имён существительных.;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Группировать имена существительные по заданным морфологическим признакам.; Проводить морфологический анализ имён существительных.;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Употреблять имена существительные в соответствии с нормами словоизменения, произношения, постановки в них ударения (в рамках изученного), употребления несклоняемых имён существительных, согласования прилагательного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существительным общего рода.;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Применять нормы правописания имён существительных с изученными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орфограммами.;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Письменный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контроль;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Устный опрос; Тестирование;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Самооценка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использованием«Оценочного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РЭШ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Учи.ру</w:t>
            </w:r>
            <w:proofErr w:type="spellEnd"/>
          </w:p>
        </w:tc>
      </w:tr>
    </w:tbl>
    <w:p w:rsidR="00731837" w:rsidRPr="006D306A" w:rsidRDefault="0073183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16"/>
          <w:szCs w:val="16"/>
        </w:rPr>
      </w:pPr>
    </w:p>
    <w:p w:rsidR="00731837" w:rsidRPr="006D306A" w:rsidRDefault="00731837">
      <w:pPr>
        <w:rPr>
          <w:rFonts w:ascii="Times New Roman" w:hAnsi="Times New Roman" w:cs="Times New Roman"/>
          <w:sz w:val="16"/>
          <w:szCs w:val="16"/>
        </w:rPr>
        <w:sectPr w:rsidR="00731837" w:rsidRPr="006D306A">
          <w:pgSz w:w="16840" w:h="11900"/>
          <w:pgMar w:top="284" w:right="640" w:bottom="1108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31837" w:rsidRPr="006D306A" w:rsidRDefault="0073183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896"/>
        <w:gridCol w:w="1236"/>
        <w:gridCol w:w="1382"/>
      </w:tblGrid>
      <w:tr w:rsidR="00731837" w:rsidRPr="006D306A">
        <w:trPr>
          <w:trHeight w:hRule="exact" w:val="36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7.3.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Имя прилагательное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47C78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37AB" w:rsidRDefault="007F0AFE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22.01-</w:t>
            </w:r>
          </w:p>
          <w:p w:rsidR="00731837" w:rsidRPr="008437AB" w:rsidRDefault="007F0AFE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11</w:t>
            </w:r>
            <w:r w:rsidR="000D064A" w:rsidRPr="008437AB">
              <w:rPr>
                <w:rFonts w:ascii="Times New Roman" w:hAnsi="Times New Roman" w:cs="Times New Roman"/>
                <w:sz w:val="16"/>
                <w:lang w:val="ru-RU"/>
              </w:rPr>
              <w:t>.02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и характеризовать общее грамматическое значение, морфологические признаки и синтаксические функции имени прилагательного.;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Характеризовать его роль в речи.;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Правильно склонять имена прилагательные.;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Применять правила правописания безударных окончаний имён прилагательных.; Различать полную и краткую формы имён прилагательных.;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Применять правила правописания кратких форм имён прилагательных с основой на шипящий.;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Анализировать особенности использования имён прилагательных в изучаемых текстах.;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Проводить частичный морфологический анализ имён прилагательных (в рамках изученного).;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Применять нормы словоизменения имён прилагательных, нормы согласования имён прилагательных с существительными общего рода, неизменяемыми именами существительными; нормы произношения, постановки ударения (в рамках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изученного).;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Применять нормы правописания о — е после шипящих и ц в суффиксах и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окончаниях имён прилагательных; правописания не с именами прилагательными.;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Письменный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контроль;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Устный опрос; Тестирование;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Самооценка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использованием«Оценочного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РЭШ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Учи.ру</w:t>
            </w:r>
            <w:proofErr w:type="spellEnd"/>
          </w:p>
        </w:tc>
      </w:tr>
      <w:tr w:rsidR="00731837" w:rsidRPr="006D306A">
        <w:trPr>
          <w:trHeight w:hRule="exact" w:val="468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7.4.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Глагол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47C78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37AB" w:rsidRDefault="007F0AFE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16</w:t>
            </w:r>
            <w:r w:rsidR="000D064A" w:rsidRPr="008437AB">
              <w:rPr>
                <w:rFonts w:ascii="Times New Roman" w:hAnsi="Times New Roman" w:cs="Times New Roman"/>
                <w:sz w:val="16"/>
                <w:lang w:val="ru-RU"/>
              </w:rPr>
              <w:t>.02-</w:t>
            </w:r>
          </w:p>
          <w:p w:rsidR="00731837" w:rsidRPr="008437AB" w:rsidRDefault="007F0AFE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26.03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7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и характеризовать общее грамматическое значение, морфологические признаки и синтаксические функции глагола 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Объяснять его роль в словосочетании и предложении, а также в речи.;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Различать глаголы совершенного и несовершенного вида, возвратные и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невозвратные.;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Применять правила правописания -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тся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и -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ться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в глаголах; суффиксов -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ова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- — -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ева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-, -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ыва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- — -ива-.;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Распознавать инфинитив и личные формы глагола, приводить соответствующие примеры.;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Называть грамматические свойства инфинитива (неопределённой формы) глагола.; Применять правила использования ь как показателя грамматической формы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инфинитива.;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основу инфинитива.;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Выделять основу настоящего (будущего простого) времени глагола.;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спряжение глагола, уметь спрягать глаголы.;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Группировать глаголы по типу спряжения.;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Применять правила правописания личных окончаний глагола.;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Применять правила использования ь после шипящих как показателя грамматической формы глагола 2-го лица единственного числа; гласной перед суффиксом -л- в формах прошедшего времени; слитного и раздельного написания не с глаголами.; Проводить частичный морфологический анализ глаголов (в рамках изученного).; Соблюдать нормы словоизменения глаголов, постановки ударения в глагольных формах (в рамках изученного).;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Письменный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контроль;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Устный опрос; Тестирование;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Самооценка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использованием«Оценочного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РЭШ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Учи.ру</w:t>
            </w:r>
            <w:proofErr w:type="spellEnd"/>
          </w:p>
        </w:tc>
      </w:tr>
      <w:tr w:rsidR="00731837" w:rsidRPr="006D306A">
        <w:trPr>
          <w:trHeight w:hRule="exact" w:val="350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70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837" w:rsidRPr="006D306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  <w:t>Раздел 8. СИНТАКСИС. КУЛЬТУРА РЕЧИ. ПУНКТУАЦИЯ</w:t>
            </w:r>
          </w:p>
        </w:tc>
      </w:tr>
      <w:tr w:rsidR="00731837" w:rsidRPr="006D306A">
        <w:trPr>
          <w:trHeight w:hRule="exact" w:val="167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8.1.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45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Синтаксис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и пунктуация как разделы лингвистики. </w:t>
            </w:r>
          </w:p>
          <w:p w:rsidR="00731837" w:rsidRPr="006D306A" w:rsidRDefault="00F66E86">
            <w:pPr>
              <w:autoSpaceDE w:val="0"/>
              <w:autoSpaceDN w:val="0"/>
              <w:spacing w:before="18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Словосочетание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37AB" w:rsidRDefault="00460DA5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  <w:r w:rsidR="007F0AFE" w:rsidRPr="008437A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6.04-</w:t>
            </w:r>
          </w:p>
          <w:p w:rsidR="00731837" w:rsidRPr="008437AB" w:rsidRDefault="00460DA5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  <w:r w:rsidR="007F0AFE" w:rsidRPr="008437AB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7.04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54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Распознавать единицы синтаксиса (словосочетание и предложение).;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функции знаков препинания.;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Выделять словосочетания из предложения, распознавать словосочетания по морфологическим свойствам главного слова (именные, глагольные, наречные).; Определять средства связи слов в словосочетании.;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нарушения норм сочетания слов в составе словосочетания.;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Проводить синтаксический анализ словосочетаний (в рамках изученного).;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Письменный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контроль;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Устный опрос; Тестирование;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Самооценка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использованием«Оценочного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РЭШ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Учи.ру</w:t>
            </w:r>
            <w:proofErr w:type="spellEnd"/>
          </w:p>
        </w:tc>
      </w:tr>
    </w:tbl>
    <w:p w:rsidR="00731837" w:rsidRPr="006D306A" w:rsidRDefault="0073183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16"/>
          <w:szCs w:val="16"/>
        </w:rPr>
      </w:pPr>
    </w:p>
    <w:p w:rsidR="00731837" w:rsidRPr="006D306A" w:rsidRDefault="00731837">
      <w:pPr>
        <w:rPr>
          <w:rFonts w:ascii="Times New Roman" w:hAnsi="Times New Roman" w:cs="Times New Roman"/>
          <w:sz w:val="16"/>
          <w:szCs w:val="16"/>
        </w:rPr>
        <w:sectPr w:rsidR="00731837" w:rsidRPr="006D306A">
          <w:pgSz w:w="16840" w:h="11900"/>
          <w:pgMar w:top="284" w:right="640" w:bottom="31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31837" w:rsidRPr="006D306A" w:rsidRDefault="0073183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896"/>
        <w:gridCol w:w="1236"/>
        <w:gridCol w:w="1382"/>
      </w:tblGrid>
      <w:tr w:rsidR="00731837" w:rsidRPr="006D306A">
        <w:trPr>
          <w:trHeight w:hRule="exact" w:val="458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8.2.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Простое двусоставное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8437AB" w:rsidRDefault="00460DA5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0</w:t>
            </w:r>
            <w:r w:rsidR="007F0AFE" w:rsidRPr="008437AB">
              <w:rPr>
                <w:rFonts w:ascii="Times New Roman" w:hAnsi="Times New Roman" w:cs="Times New Roman"/>
                <w:sz w:val="16"/>
                <w:lang w:val="ru-RU"/>
              </w:rPr>
              <w:t>8.04-</w:t>
            </w:r>
          </w:p>
          <w:p w:rsidR="00731837" w:rsidRPr="008437AB" w:rsidRDefault="007F0AFE" w:rsidP="008437AB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14.04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7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Распознавать предложения по цели высказывания (повествовательные,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 и характеризовать их.;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Употреблять повествовательные, побудительные, вопросительные, восклицательные предложения в речевой практике, корректируя интонацию в соответствии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коммуникативной целью высказывания.;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главные (грамматическую основу) и второстепенные члены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предложения.;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и характеризовать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родительного падежа) и сказуемого (глаголом, именем существительным, именем прилагательным).;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Применять правила постановки тире между подлежащим и сказуемым.;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Различать распространённые и нераспространённые предложения, находить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основания для сравнения и сравнивать их.;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виды второстепенных членов предложения и морфологические средства их выражения (в рамках изученного).;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Проводить синтаксический анализ простых двусоставных предложений.;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Письменный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контроль;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Устный опрос; Тестирование;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Самооценка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использованием«Оценочного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РЭШ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Учи.ру</w:t>
            </w:r>
            <w:proofErr w:type="spellEnd"/>
          </w:p>
        </w:tc>
      </w:tr>
      <w:tr w:rsidR="00731837" w:rsidRPr="006D306A">
        <w:trPr>
          <w:trHeight w:hRule="exact" w:val="323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8.3.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Простое осложнённое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47C78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0DA5" w:rsidRDefault="007F0AFE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15.04-</w:t>
            </w:r>
          </w:p>
          <w:p w:rsidR="00731837" w:rsidRPr="008437AB" w:rsidRDefault="007F0AFE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23.04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Анализировать и распознавать неосложнённые предложения и предложения,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осложнённые однородными членами или обращением.;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Находить в предложении однородные члены и обобщающие слова при них.;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Правильно интонировать эти предложения.;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Характеризовать роль однородных членов предложения в речи.;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Точно использовать слова, обозначающие родовые и видовые понятия, в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конструкциях с обобщающим словом при однородных членах.;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Самостоятельно составлять схемы однородных членов в предложениях (по образцу).; Применять пунктуационные нормы постановки знаков препинания в предложениях с однородными членами и обобщающим словом при них (в рамках изученного).; Распознавать в предложении обращение.;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Устанавливать отсутствие грамматической связи обращения с предложением (обращение не является членом предложения).;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Правильно интонировать предложения с обращением.;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Применять правила пунктуационного оформления обращения.;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Проводить синтаксический анализ простых осложнённых предложений.;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Письменный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контроль;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Устный опрос; Тестирование;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Самооценка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использованием«Оценочного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РЭШ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Учи.ру</w:t>
            </w:r>
            <w:proofErr w:type="spellEnd"/>
          </w:p>
        </w:tc>
      </w:tr>
      <w:tr w:rsidR="00731837" w:rsidRPr="006D306A">
        <w:trPr>
          <w:trHeight w:hRule="exact" w:val="24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8.4.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Сложное предложение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0DA5" w:rsidRDefault="007F0AFE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25.04-</w:t>
            </w:r>
          </w:p>
          <w:p w:rsidR="00731837" w:rsidRPr="008437AB" w:rsidRDefault="007F0AFE" w:rsidP="008437AB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8437AB">
              <w:rPr>
                <w:rFonts w:ascii="Times New Roman" w:hAnsi="Times New Roman" w:cs="Times New Roman"/>
                <w:sz w:val="16"/>
                <w:lang w:val="ru-RU"/>
              </w:rPr>
              <w:t>30.04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4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Сравнивать простые и сложные предложения, сложные предложения и простые, осложнённые однородными членами.;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Определять основания для сравнения.;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Самостоятельно формулировать выводы.;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Анализировать простые и сложные предложения с точки зрения количества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грамматических основ.;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Сравнивать простые и сложные предложения по самостоятельно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сформулированному основанию.;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Самостоятельно формулировать выводы.;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Применять правила пунктуационного оформления сложных предложений,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состоящих из частей, связанных бессоюзной связью и союзами и, но, а, однако, зато, да.;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4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Письменный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контроль;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Устный опрос; Тестирование;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Самооценка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использованием«Оценочного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РЭШ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Учи.ру</w:t>
            </w:r>
            <w:proofErr w:type="spellEnd"/>
          </w:p>
        </w:tc>
      </w:tr>
    </w:tbl>
    <w:p w:rsidR="00731837" w:rsidRPr="006D306A" w:rsidRDefault="0073183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16"/>
          <w:szCs w:val="16"/>
        </w:rPr>
      </w:pPr>
    </w:p>
    <w:p w:rsidR="00731837" w:rsidRPr="006D306A" w:rsidRDefault="00731837">
      <w:pPr>
        <w:rPr>
          <w:rFonts w:ascii="Times New Roman" w:hAnsi="Times New Roman" w:cs="Times New Roman"/>
          <w:sz w:val="16"/>
          <w:szCs w:val="16"/>
        </w:rPr>
        <w:sectPr w:rsidR="00731837" w:rsidRPr="006D306A">
          <w:pgSz w:w="16840" w:h="11900"/>
          <w:pgMar w:top="284" w:right="640" w:bottom="52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31837" w:rsidRPr="006D306A" w:rsidRDefault="0073183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896"/>
        <w:gridCol w:w="1236"/>
        <w:gridCol w:w="1382"/>
      </w:tblGrid>
      <w:tr w:rsidR="00731837" w:rsidRPr="006D306A">
        <w:trPr>
          <w:trHeight w:hRule="exact" w:val="1116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8.5.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45" w:lineRule="auto"/>
              <w:ind w:left="72" w:right="172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Предложения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с прямой речью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460DA5" w:rsidP="00460DA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  <w:r w:rsidR="007F0AFE"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4.05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2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Анализировать предложения с прямой речью и сравнивать их с точки зрения позиции слов автора в предложении и пунктуационного оформления этих предложений.;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Самостоятельно формулировать выводы о пунктуационном оформлении предложений с прямой речью.;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Письменный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;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РЭШ Учи.ру</w:t>
            </w:r>
          </w:p>
        </w:tc>
      </w:tr>
      <w:tr w:rsidR="00731837" w:rsidRPr="006D306A">
        <w:trPr>
          <w:trHeight w:hRule="exact" w:val="1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8.6.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Диалог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0DA5" w:rsidRDefault="00460DA5" w:rsidP="00460DA5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0</w:t>
            </w:r>
            <w:r w:rsidR="007F0AFE" w:rsidRPr="00460DA5">
              <w:rPr>
                <w:rFonts w:ascii="Times New Roman" w:hAnsi="Times New Roman" w:cs="Times New Roman"/>
                <w:sz w:val="16"/>
                <w:lang w:val="ru-RU"/>
              </w:rPr>
              <w:t>5.05-</w:t>
            </w:r>
          </w:p>
          <w:p w:rsidR="00731837" w:rsidRPr="00460DA5" w:rsidRDefault="00460DA5" w:rsidP="00460DA5">
            <w:pPr>
              <w:pStyle w:val="a9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0</w:t>
            </w:r>
            <w:r w:rsidR="007F0AFE" w:rsidRPr="00460DA5">
              <w:rPr>
                <w:rFonts w:ascii="Times New Roman" w:hAnsi="Times New Roman" w:cs="Times New Roman"/>
                <w:sz w:val="16"/>
                <w:lang w:val="ru-RU"/>
              </w:rPr>
              <w:t>6.05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5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Моделировать диалоги на лингвистические темы (в рамках изученного) и темы на основе жизненных наблюдений.;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Анализировать диалоги в художественных текстах с точки зрения пунктуационного оформления.;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Самостоятельно формулировать выводы о пунктуационном оформлении диалога.; Применять правила оформления диалога на письме.;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Письменный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контроль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; </w:t>
            </w:r>
            <w:r w:rsidRPr="006D306A">
              <w:rPr>
                <w:rFonts w:ascii="Times New Roman" w:hAnsi="Times New Roman" w:cs="Times New Roman"/>
                <w:sz w:val="16"/>
                <w:szCs w:val="16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Устный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опрос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РЭШ Учи.ру</w:t>
            </w:r>
          </w:p>
        </w:tc>
      </w:tr>
      <w:tr w:rsidR="00731837" w:rsidRPr="006D306A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24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837" w:rsidRPr="006D306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Раздел 9. ПОВТОРЕНИЕ </w:t>
            </w:r>
          </w:p>
        </w:tc>
      </w:tr>
      <w:tr w:rsidR="00731837" w:rsidRPr="006D306A">
        <w:trPr>
          <w:trHeight w:hRule="exact" w:val="36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9.1.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Повторение пройденного материала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47C7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60DA5" w:rsidRPr="00460DA5" w:rsidRDefault="007F0AFE" w:rsidP="00460DA5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460DA5">
              <w:rPr>
                <w:rFonts w:ascii="Times New Roman" w:hAnsi="Times New Roman" w:cs="Times New Roman"/>
                <w:sz w:val="16"/>
                <w:lang w:val="ru-RU"/>
              </w:rPr>
              <w:t>11.05-</w:t>
            </w:r>
          </w:p>
          <w:p w:rsidR="00731837" w:rsidRPr="006D306A" w:rsidRDefault="007F0AFE" w:rsidP="00460DA5">
            <w:pPr>
              <w:pStyle w:val="a9"/>
              <w:jc w:val="center"/>
              <w:rPr>
                <w:lang w:val="ru-RU"/>
              </w:rPr>
            </w:pPr>
            <w:r w:rsidRPr="00460DA5">
              <w:rPr>
                <w:rFonts w:ascii="Times New Roman" w:hAnsi="Times New Roman" w:cs="Times New Roman"/>
                <w:sz w:val="16"/>
                <w:lang w:val="ru-RU"/>
              </w:rPr>
              <w:t>16.05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45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Осознавать богатство и выразительность русского языка, приводить примеры, свидетельствующие об этом</w:t>
            </w:r>
            <w:proofErr w:type="gram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..</w:t>
            </w:r>
            <w:proofErr w:type="gramEnd"/>
          </w:p>
          <w:p w:rsidR="00731837" w:rsidRPr="006D306A" w:rsidRDefault="00F66E86">
            <w:pPr>
              <w:autoSpaceDE w:val="0"/>
              <w:autoSpaceDN w:val="0"/>
              <w:spacing w:before="20" w:after="0" w:line="245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Знать основные разделы лингвистики, основные единицы языка и речи (звук, морфема, слово, словосочетание, предложение).</w:t>
            </w:r>
          </w:p>
          <w:p w:rsidR="00731837" w:rsidRPr="006D306A" w:rsidRDefault="00F66E86">
            <w:pPr>
              <w:autoSpaceDE w:val="0"/>
              <w:autoSpaceDN w:val="0"/>
              <w:spacing w:before="20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Использовать знания по фонетике, графике и орфоэпии в практике произношения и правописания слов.</w:t>
            </w:r>
          </w:p>
          <w:p w:rsidR="00731837" w:rsidRPr="006D306A" w:rsidRDefault="00F66E86">
            <w:pPr>
              <w:autoSpaceDE w:val="0"/>
              <w:autoSpaceDN w:val="0"/>
              <w:spacing w:before="2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Применять знания по орфографии в практике правописания</w:t>
            </w:r>
            <w:proofErr w:type="gram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.</w:t>
            </w:r>
            <w:proofErr w:type="gramEnd"/>
          </w:p>
          <w:p w:rsidR="00731837" w:rsidRPr="006D306A" w:rsidRDefault="00F66E86">
            <w:pPr>
              <w:autoSpaceDE w:val="0"/>
              <w:autoSpaceDN w:val="0"/>
              <w:spacing w:before="20" w:after="0" w:line="245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Применять знания по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морфемике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при выполнении языкового анализа различных видов и в практике правописания.</w:t>
            </w:r>
          </w:p>
          <w:p w:rsidR="00731837" w:rsidRPr="006D306A" w:rsidRDefault="00F66E86">
            <w:pPr>
              <w:autoSpaceDE w:val="0"/>
              <w:autoSpaceDN w:val="0"/>
              <w:spacing w:before="20" w:after="0" w:line="247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сис¬теме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частей речи в русском языке для решения практико-ориентированных учебных задач.</w:t>
            </w:r>
          </w:p>
          <w:p w:rsidR="00731837" w:rsidRPr="006D306A" w:rsidRDefault="00F66E86">
            <w:pPr>
              <w:autoSpaceDE w:val="0"/>
              <w:autoSpaceDN w:val="0"/>
              <w:spacing w:before="20" w:after="0" w:line="25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Соблюдать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на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письме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пунктуационные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нормы 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54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Письменный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контроль;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Устный опрос; Тестирование;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Самооценка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использованием«Оценочного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листа»;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Учи.ру</w:t>
            </w:r>
            <w:proofErr w:type="spellEnd"/>
          </w:p>
        </w:tc>
      </w:tr>
      <w:tr w:rsidR="00731837" w:rsidRPr="006D306A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разделу: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5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1837" w:rsidRPr="006D306A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Раздел 10. ИТОГОВЫЙ КОНТРОЛЬ</w:t>
            </w:r>
          </w:p>
        </w:tc>
      </w:tr>
      <w:tr w:rsidR="00731837" w:rsidRPr="006D306A">
        <w:trPr>
          <w:trHeight w:hRule="exact" w:val="167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10.1.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Сочинения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0AFE" w:rsidRPr="006D306A" w:rsidRDefault="00460DA5" w:rsidP="00460DA5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0</w:t>
            </w:r>
            <w:r w:rsidR="007F0AFE" w:rsidRPr="006D306A">
              <w:rPr>
                <w:rFonts w:ascii="Times New Roman" w:hAnsi="Times New Roman" w:cs="Times New Roman"/>
                <w:sz w:val="16"/>
                <w:lang w:val="ru-RU"/>
              </w:rPr>
              <w:t>6.10</w:t>
            </w:r>
          </w:p>
          <w:p w:rsidR="007F0AFE" w:rsidRPr="006D306A" w:rsidRDefault="007F0AFE" w:rsidP="00460DA5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6D306A">
              <w:rPr>
                <w:rFonts w:ascii="Times New Roman" w:hAnsi="Times New Roman" w:cs="Times New Roman"/>
                <w:sz w:val="16"/>
                <w:lang w:val="ru-RU"/>
              </w:rPr>
              <w:t>14.02</w:t>
            </w:r>
          </w:p>
          <w:p w:rsidR="00731837" w:rsidRPr="006D306A" w:rsidRDefault="00460DA5" w:rsidP="00460DA5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lang w:val="ru-RU"/>
              </w:rPr>
              <w:t>0</w:t>
            </w:r>
            <w:r w:rsidR="007F0AFE" w:rsidRPr="006D306A">
              <w:rPr>
                <w:rFonts w:ascii="Times New Roman" w:hAnsi="Times New Roman" w:cs="Times New Roman"/>
                <w:sz w:val="16"/>
                <w:lang w:val="ru-RU"/>
              </w:rPr>
              <w:t>2.05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      </w:r>
          </w:p>
          <w:p w:rsidR="00731837" w:rsidRPr="006D306A" w:rsidRDefault="00F66E86">
            <w:pPr>
              <w:autoSpaceDE w:val="0"/>
              <w:autoSpaceDN w:val="0"/>
              <w:spacing w:before="20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Осуществлять выбор языковых средств для создания высказывания в соответствии с целью, темой и коммуникативным замыслом.</w:t>
            </w:r>
          </w:p>
          <w:p w:rsidR="00731837" w:rsidRPr="006D306A" w:rsidRDefault="00F66E86">
            <w:pPr>
              <w:autoSpaceDE w:val="0"/>
              <w:autoSpaceDN w:val="0"/>
              <w:spacing w:before="20" w:after="0" w:line="247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8437A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Сочинение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</w:tbl>
    <w:p w:rsidR="00731837" w:rsidRPr="006D306A" w:rsidRDefault="00731837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p w:rsidR="00731837" w:rsidRPr="006D306A" w:rsidRDefault="00731837">
      <w:pPr>
        <w:rPr>
          <w:rFonts w:ascii="Times New Roman" w:hAnsi="Times New Roman" w:cs="Times New Roman"/>
          <w:sz w:val="16"/>
          <w:szCs w:val="16"/>
          <w:lang w:val="ru-RU"/>
        </w:rPr>
        <w:sectPr w:rsidR="00731837" w:rsidRPr="006D306A">
          <w:pgSz w:w="16840" w:h="11900"/>
          <w:pgMar w:top="284" w:right="640" w:bottom="108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31837" w:rsidRPr="006D306A" w:rsidRDefault="00731837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16"/>
          <w:szCs w:val="16"/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2882"/>
        <w:gridCol w:w="528"/>
        <w:gridCol w:w="1106"/>
        <w:gridCol w:w="1140"/>
        <w:gridCol w:w="864"/>
        <w:gridCol w:w="5896"/>
        <w:gridCol w:w="1236"/>
        <w:gridCol w:w="1382"/>
      </w:tblGrid>
      <w:tr w:rsidR="00731837" w:rsidRPr="006D306A">
        <w:trPr>
          <w:trHeight w:hRule="exact" w:val="30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10.2.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Изложения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30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F0AFE" w:rsidRPr="006D306A" w:rsidRDefault="007F0AFE" w:rsidP="00460DA5">
            <w:pPr>
              <w:pStyle w:val="a9"/>
              <w:jc w:val="center"/>
              <w:rPr>
                <w:rFonts w:ascii="Times New Roman" w:hAnsi="Times New Roman" w:cs="Times New Roman"/>
                <w:sz w:val="16"/>
                <w:lang w:val="ru-RU"/>
              </w:rPr>
            </w:pPr>
            <w:r w:rsidRPr="006D306A">
              <w:rPr>
                <w:rFonts w:ascii="Times New Roman" w:hAnsi="Times New Roman" w:cs="Times New Roman"/>
                <w:sz w:val="16"/>
                <w:lang w:val="ru-RU"/>
              </w:rPr>
              <w:t>20.09</w:t>
            </w:r>
          </w:p>
          <w:p w:rsidR="00731837" w:rsidRPr="006D306A" w:rsidRDefault="007F0AFE" w:rsidP="00460DA5">
            <w:pPr>
              <w:pStyle w:val="a9"/>
              <w:jc w:val="center"/>
              <w:rPr>
                <w:lang w:val="ru-RU"/>
              </w:rPr>
            </w:pPr>
            <w:r w:rsidRPr="006D306A">
              <w:rPr>
                <w:rFonts w:ascii="Times New Roman" w:hAnsi="Times New Roman" w:cs="Times New Roman"/>
                <w:sz w:val="16"/>
                <w:lang w:val="ru-RU"/>
              </w:rPr>
              <w:t>11.12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8" w:after="0" w:line="247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Владеть различными видами </w:t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аудирования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: выборочным, -ознакомительным, детальным — научно-учебных и художественных текстов различных функционально-смысловых типов речи.</w:t>
            </w:r>
          </w:p>
          <w:p w:rsidR="00731837" w:rsidRPr="006D306A" w:rsidRDefault="00F66E86">
            <w:pPr>
              <w:autoSpaceDE w:val="0"/>
              <w:autoSpaceDN w:val="0"/>
              <w:spacing w:before="20" w:after="0" w:line="252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изменением лица рассказчика.</w:t>
            </w:r>
          </w:p>
          <w:p w:rsidR="00731837" w:rsidRPr="006D306A" w:rsidRDefault="00F66E86">
            <w:pPr>
              <w:autoSpaceDE w:val="0"/>
              <w:autoSpaceDN w:val="0"/>
              <w:spacing w:before="20" w:after="0" w:line="25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— не менее 110 слов).</w:t>
            </w:r>
          </w:p>
          <w:p w:rsidR="00731837" w:rsidRPr="006D306A" w:rsidRDefault="00F66E86">
            <w:pPr>
              <w:autoSpaceDE w:val="0"/>
              <w:autoSpaceDN w:val="0"/>
              <w:spacing w:before="18" w:after="0" w:line="250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8437A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Изложение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731837" w:rsidRPr="006D306A" w:rsidTr="006D306A">
        <w:trPr>
          <w:trHeight w:hRule="exact" w:val="19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10.3.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Контрольные и проверочные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33" w:lineRule="auto"/>
              <w:ind w:left="68"/>
              <w:rPr>
                <w:rFonts w:ascii="Times New Roman" w:hAnsi="Times New Roman" w:cs="Times New Roman"/>
                <w:sz w:val="16"/>
                <w:szCs w:val="16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460DA5" w:rsidP="00460DA5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  <w:r w:rsidR="006D306A"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8.09</w:t>
            </w:r>
          </w:p>
          <w:p w:rsidR="006D306A" w:rsidRDefault="00460DA5" w:rsidP="00460DA5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  <w:r w:rsid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</w:t>
            </w:r>
            <w:r w:rsidR="006D306A"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.12</w:t>
            </w:r>
          </w:p>
          <w:p w:rsidR="006D306A" w:rsidRPr="006D306A" w:rsidRDefault="006D306A" w:rsidP="00460DA5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21.01</w:t>
            </w:r>
          </w:p>
          <w:p w:rsidR="006D306A" w:rsidRDefault="006D306A" w:rsidP="00460DA5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12.02</w:t>
            </w:r>
          </w:p>
          <w:p w:rsidR="006D306A" w:rsidRPr="006D306A" w:rsidRDefault="006D306A" w:rsidP="00460DA5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26.03</w:t>
            </w:r>
          </w:p>
          <w:p w:rsidR="006D306A" w:rsidRPr="006D306A" w:rsidRDefault="00460DA5" w:rsidP="00460DA5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  <w:r w:rsidR="006D306A"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7.05</w:t>
            </w:r>
          </w:p>
          <w:p w:rsidR="006D306A" w:rsidRPr="006D306A" w:rsidRDefault="006D306A" w:rsidP="00460DA5">
            <w:pPr>
              <w:pStyle w:val="a9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18.05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F66E86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</w:pPr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Соблюдать на письме нормы современного русского литературного языка, в том числе во время диктанта на основе связного текста объёмом 90—100 слов, составленного с учётом ранее изученных правил правописания (в том числе содержащего изученные в течение первого года обучения орфограммы, </w:t>
            </w:r>
            <w:r w:rsidRPr="006D306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br/>
            </w:r>
            <w:proofErr w:type="spellStart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пунктограммы</w:t>
            </w:r>
            <w:proofErr w:type="spellEnd"/>
            <w:r w:rsidRPr="006D306A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и слова с непроверяемыми написаниями)</w:t>
            </w:r>
          </w:p>
          <w:p w:rsidR="006D306A" w:rsidRPr="006D306A" w:rsidRDefault="006D306A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</w:pPr>
          </w:p>
          <w:p w:rsidR="006D306A" w:rsidRPr="006D306A" w:rsidRDefault="006D306A">
            <w:pPr>
              <w:autoSpaceDE w:val="0"/>
              <w:autoSpaceDN w:val="0"/>
              <w:spacing w:before="76" w:after="0" w:line="252" w:lineRule="auto"/>
              <w:ind w:left="72" w:right="288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8437AB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Диктант с грамматическим заданием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6D306A" w:rsidRDefault="00731837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731837">
        <w:trPr>
          <w:trHeight w:hRule="exact" w:val="348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116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Default="00731837"/>
        </w:tc>
      </w:tr>
      <w:tr w:rsidR="00731837">
        <w:trPr>
          <w:trHeight w:hRule="exact" w:val="520"/>
        </w:trPr>
        <w:tc>
          <w:tcPr>
            <w:tcW w:w="3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Pr="00F66E86" w:rsidRDefault="00F66E86">
            <w:pPr>
              <w:autoSpaceDE w:val="0"/>
              <w:autoSpaceDN w:val="0"/>
              <w:spacing w:before="78" w:after="0" w:line="245" w:lineRule="auto"/>
              <w:ind w:left="72" w:right="720"/>
              <w:rPr>
                <w:lang w:val="ru-RU"/>
              </w:rPr>
            </w:pPr>
            <w:r w:rsidRPr="00F66E8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left w:w="0" w:type="dxa"/>
              <w:right w:w="0" w:type="dxa"/>
            </w:tcMar>
          </w:tcPr>
          <w:p w:rsidR="00731837" w:rsidRDefault="00F47C78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Default="00F66E86">
            <w:pPr>
              <w:autoSpaceDE w:val="0"/>
              <w:autoSpaceDN w:val="0"/>
              <w:spacing w:before="78" w:after="0" w:line="230" w:lineRule="auto"/>
              <w:ind w:left="6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93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1837" w:rsidRDefault="00731837"/>
        </w:tc>
      </w:tr>
    </w:tbl>
    <w:p w:rsidR="00731837" w:rsidRDefault="00731837">
      <w:pPr>
        <w:autoSpaceDE w:val="0"/>
        <w:autoSpaceDN w:val="0"/>
        <w:spacing w:after="0" w:line="14" w:lineRule="exact"/>
      </w:pPr>
    </w:p>
    <w:p w:rsidR="00731837" w:rsidRDefault="00731837">
      <w:pPr>
        <w:sectPr w:rsidR="00731837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31837" w:rsidRDefault="00731837">
      <w:pPr>
        <w:autoSpaceDE w:val="0"/>
        <w:autoSpaceDN w:val="0"/>
        <w:spacing w:after="78" w:line="220" w:lineRule="exact"/>
      </w:pPr>
    </w:p>
    <w:p w:rsidR="00731837" w:rsidRDefault="00F66E86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731837" w:rsidRDefault="00F66E86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731837" w:rsidRPr="00F66E86" w:rsidRDefault="00F66E86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Т.А., Баранов М. Т.,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Тростенцова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Л.А. и другие. Русский язык (в 2 частях), 5 класс/ Акционерное общест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во «Издательство «Просвещение»</w:t>
      </w:r>
      <w:r w:rsidRPr="00F66E86">
        <w:rPr>
          <w:lang w:val="ru-RU"/>
        </w:rPr>
        <w:br/>
      </w:r>
    </w:p>
    <w:p w:rsidR="00731837" w:rsidRPr="00F66E86" w:rsidRDefault="00F66E86">
      <w:pPr>
        <w:autoSpaceDE w:val="0"/>
        <w:autoSpaceDN w:val="0"/>
        <w:spacing w:before="262"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731837" w:rsidRPr="00F66E86" w:rsidRDefault="00F66E86">
      <w:pPr>
        <w:autoSpaceDE w:val="0"/>
        <w:autoSpaceDN w:val="0"/>
        <w:spacing w:before="166" w:after="0" w:line="262" w:lineRule="auto"/>
        <w:ind w:right="864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1.Русский язык. Методические рекомендации. 5 класс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Автор(ы):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Т. А.,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Тростенцова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Л. А., Баранов М. Т. и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др.Линия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УМК: УМК Т. А.</w:t>
      </w:r>
    </w:p>
    <w:p w:rsidR="00731837" w:rsidRPr="00F66E86" w:rsidRDefault="00F66E86">
      <w:pPr>
        <w:autoSpaceDE w:val="0"/>
        <w:autoSpaceDN w:val="0"/>
        <w:spacing w:before="72" w:after="0" w:line="262" w:lineRule="auto"/>
        <w:ind w:right="1296"/>
        <w:rPr>
          <w:lang w:val="ru-RU"/>
        </w:rPr>
      </w:pP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Ладыженская,Пособия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для учителей и методистов: Просвещение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2.Русский язык, 5 класс, Поурочные планы к учебнику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Ладыженской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Т.А., Баранова М.Т.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3.Методика преподавания русского языка в школе, Баранов М.Т.,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Ипполитова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Н.А.,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Ладыженская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Т.А., Львов М.Р.</w:t>
      </w:r>
    </w:p>
    <w:p w:rsidR="00731837" w:rsidRPr="00F66E86" w:rsidRDefault="00F66E86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4.Русский язык, Обязательные правила, понятия школьного курса, Ткачева М.В., 2018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5. Ахманова О.С. Словарь лингвистических терминов. — М.: Книжный дом «ЛИБРОКОМ», 2018. —576 с.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6. Большой грамматический словарь / авт.-сост. Л.З. Бояринова, Е.Н. Тихонова, М.Н.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Трубаева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; под ред. А.Н. Тихонова</w:t>
      </w:r>
      <w:proofErr w:type="gram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:</w:t>
      </w:r>
      <w:proofErr w:type="gram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в 2 т. — М.: Флинта: Наука, 2006. — 656 с.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7. Панова Г.И. Морфология русского языка: энциклопедический словарь​справочник. — М.: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КомКнига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, 2010. — 448 с.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8. Современный русский язык: словарь-справочник: пособие для учителей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учреждений / Л.Л. Касаткин, Е.В. Клобуков, П.А.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Лекант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; под ред. П.А.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Леканта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. — 3-е изд. — М.: Просвещение, 2010. — 303 с.</w:t>
      </w:r>
    </w:p>
    <w:p w:rsidR="00731837" w:rsidRPr="00F66E86" w:rsidRDefault="00F66E86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9. Федеральный перечень учебников / Русский язык / Основное общее образование / 2021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10.Читательская грамотность школьника (5—9 классы): книга для учителя / О. М. Александрова, М.</w:t>
      </w:r>
    </w:p>
    <w:p w:rsidR="00731837" w:rsidRPr="00F66E86" w:rsidRDefault="00F66E86">
      <w:pPr>
        <w:autoSpaceDE w:val="0"/>
        <w:autoSpaceDN w:val="0"/>
        <w:spacing w:before="70"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А. Аристова, И. П. Васильевых и др. — М.: Российский учебник: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Вентана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-Граф, 2018. — 144 с</w:t>
      </w:r>
    </w:p>
    <w:p w:rsidR="00731837" w:rsidRPr="00F66E86" w:rsidRDefault="00F66E86">
      <w:pPr>
        <w:autoSpaceDE w:val="0"/>
        <w:autoSpaceDN w:val="0"/>
        <w:spacing w:before="262"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731837" w:rsidRPr="00F66E86" w:rsidRDefault="00F66E86">
      <w:pPr>
        <w:autoSpaceDE w:val="0"/>
        <w:autoSpaceDN w:val="0"/>
        <w:spacing w:before="166"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РЭШ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Учи.ру</w:t>
      </w:r>
      <w:proofErr w:type="spellEnd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Фосфорд</w:t>
      </w:r>
      <w:proofErr w:type="spellEnd"/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31837" w:rsidRPr="00F66E86" w:rsidRDefault="00731837">
      <w:pPr>
        <w:autoSpaceDE w:val="0"/>
        <w:autoSpaceDN w:val="0"/>
        <w:spacing w:after="78" w:line="220" w:lineRule="exact"/>
        <w:rPr>
          <w:lang w:val="ru-RU"/>
        </w:rPr>
      </w:pPr>
    </w:p>
    <w:p w:rsidR="00731837" w:rsidRPr="00F66E86" w:rsidRDefault="00F66E86">
      <w:pPr>
        <w:autoSpaceDE w:val="0"/>
        <w:autoSpaceDN w:val="0"/>
        <w:spacing w:after="0" w:line="230" w:lineRule="auto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731837" w:rsidRPr="00F66E86" w:rsidRDefault="00F66E86">
      <w:pPr>
        <w:autoSpaceDE w:val="0"/>
        <w:autoSpaceDN w:val="0"/>
        <w:spacing w:before="346" w:after="0" w:line="302" w:lineRule="auto"/>
        <w:ind w:right="4896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Справочные таблицы, словари, раздаточный материал</w:t>
      </w:r>
    </w:p>
    <w:p w:rsidR="00731837" w:rsidRPr="00F66E86" w:rsidRDefault="00F66E86">
      <w:pPr>
        <w:autoSpaceDE w:val="0"/>
        <w:autoSpaceDN w:val="0"/>
        <w:spacing w:before="262" w:after="0" w:line="300" w:lineRule="auto"/>
        <w:ind w:right="720"/>
        <w:rPr>
          <w:lang w:val="ru-RU"/>
        </w:rPr>
      </w:pPr>
      <w:r w:rsidRPr="00F66E8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ЛАБОРАТОРНЫХ, ПРАКТИЧЕСКИХ РАБОТ, ДЕМОНСТРАЦИЙ </w:t>
      </w:r>
      <w:r w:rsidRPr="00F66E86">
        <w:rPr>
          <w:lang w:val="ru-RU"/>
        </w:rPr>
        <w:br/>
      </w:r>
      <w:r w:rsidRPr="00F66E86">
        <w:rPr>
          <w:rFonts w:ascii="Times New Roman" w:eastAsia="Times New Roman" w:hAnsi="Times New Roman"/>
          <w:color w:val="000000"/>
          <w:sz w:val="24"/>
          <w:lang w:val="ru-RU"/>
        </w:rPr>
        <w:t>Ноутбук, интерактивная доска, мультимедийный проектор</w:t>
      </w:r>
    </w:p>
    <w:p w:rsidR="00731837" w:rsidRPr="00F66E86" w:rsidRDefault="00731837">
      <w:pPr>
        <w:rPr>
          <w:lang w:val="ru-RU"/>
        </w:rPr>
        <w:sectPr w:rsidR="00731837" w:rsidRPr="00F66E86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66E86" w:rsidRPr="00F66E86" w:rsidRDefault="00F66E86">
      <w:pPr>
        <w:rPr>
          <w:lang w:val="ru-RU"/>
        </w:rPr>
      </w:pPr>
    </w:p>
    <w:sectPr w:rsidR="00F66E86" w:rsidRPr="00F66E8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D064A"/>
    <w:rsid w:val="0015074B"/>
    <w:rsid w:val="0029639D"/>
    <w:rsid w:val="00326F90"/>
    <w:rsid w:val="00460DA5"/>
    <w:rsid w:val="006D306A"/>
    <w:rsid w:val="00731837"/>
    <w:rsid w:val="007F0AFE"/>
    <w:rsid w:val="008437AB"/>
    <w:rsid w:val="009B3DE7"/>
    <w:rsid w:val="00AA1D8D"/>
    <w:rsid w:val="00B47730"/>
    <w:rsid w:val="00CB0664"/>
    <w:rsid w:val="00F208F6"/>
    <w:rsid w:val="00F47C78"/>
    <w:rsid w:val="00F66E8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8CED23-C343-4ED1-8D39-4A70DD9AF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10508</Words>
  <Characters>59897</Characters>
  <Application>Microsoft Office Word</Application>
  <DocSecurity>0</DocSecurity>
  <Lines>499</Lines>
  <Paragraphs>140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70265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1</cp:lastModifiedBy>
  <cp:revision>2</cp:revision>
  <dcterms:created xsi:type="dcterms:W3CDTF">2022-04-16T08:44:00Z</dcterms:created>
  <dcterms:modified xsi:type="dcterms:W3CDTF">2022-04-16T08:44:00Z</dcterms:modified>
</cp:coreProperties>
</file>